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2D89A" w14:textId="77777777" w:rsidR="00D01E19" w:rsidRPr="00E9222F" w:rsidRDefault="00D01E19">
      <w:pPr>
        <w:spacing w:before="100" w:after="20" w:line="259" w:lineRule="auto"/>
        <w:jc w:val="center"/>
        <w:rPr>
          <w:b/>
          <w:color w:val="111111"/>
          <w:sz w:val="24"/>
          <w:szCs w:val="24"/>
        </w:rPr>
      </w:pPr>
    </w:p>
    <w:p w14:paraId="1E693ED4" w14:textId="36CC51CA" w:rsidR="00E9222F" w:rsidRPr="00955C59" w:rsidRDefault="00AF127B" w:rsidP="00955C59">
      <w:pPr>
        <w:spacing w:after="20" w:line="228" w:lineRule="auto"/>
        <w:jc w:val="center"/>
        <w:rPr>
          <w:b/>
          <w:color w:val="111111"/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KERST 2026</w:t>
      </w:r>
    </w:p>
    <w:p w14:paraId="437C4A93" w14:textId="70C8BF01" w:rsidR="00955C59" w:rsidRPr="00E9222F" w:rsidRDefault="00D01E19" w:rsidP="00E82060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noProof/>
          <w:sz w:val="24"/>
          <w:szCs w:val="24"/>
        </w:rPr>
        <w:drawing>
          <wp:inline distT="0" distB="0" distL="0" distR="0" wp14:anchorId="0EDEDA43" wp14:editId="357434AC">
            <wp:extent cx="2407920" cy="19263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46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44" cy="193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19B37" w14:textId="77777777" w:rsidR="006E45C7" w:rsidRDefault="00AF127B">
      <w:pPr>
        <w:spacing w:after="20" w:line="228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We serveren rondom kerst op onderstaande dagen </w:t>
      </w:r>
      <w:proofErr w:type="spellStart"/>
      <w:r w:rsidRPr="00E9222F">
        <w:rPr>
          <w:color w:val="111111"/>
          <w:sz w:val="24"/>
          <w:szCs w:val="24"/>
        </w:rPr>
        <w:t>uitsluitend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een</w:t>
      </w:r>
      <w:proofErr w:type="spellEnd"/>
      <w:r w:rsidRPr="00E9222F">
        <w:rPr>
          <w:color w:val="111111"/>
          <w:sz w:val="24"/>
          <w:szCs w:val="24"/>
        </w:rPr>
        <w:t xml:space="preserve"> 4-gangen </w:t>
      </w:r>
      <w:proofErr w:type="spellStart"/>
      <w:r w:rsidRPr="00E9222F">
        <w:rPr>
          <w:color w:val="111111"/>
          <w:sz w:val="24"/>
          <w:szCs w:val="24"/>
        </w:rPr>
        <w:t>keuzemenu</w:t>
      </w:r>
      <w:proofErr w:type="spellEnd"/>
      <w:r w:rsidRPr="00E9222F">
        <w:rPr>
          <w:color w:val="111111"/>
          <w:sz w:val="24"/>
          <w:szCs w:val="24"/>
        </w:rPr>
        <w:t>.</w:t>
      </w:r>
    </w:p>
    <w:p w14:paraId="022DCDE2" w14:textId="77777777" w:rsidR="00E82060" w:rsidRPr="00E9222F" w:rsidRDefault="00E82060">
      <w:pPr>
        <w:spacing w:after="20" w:line="228" w:lineRule="auto"/>
        <w:jc w:val="center"/>
        <w:rPr>
          <w:sz w:val="24"/>
          <w:szCs w:val="24"/>
        </w:rPr>
      </w:pPr>
    </w:p>
    <w:p w14:paraId="100C7AE7" w14:textId="77777777" w:rsidR="006E45C7" w:rsidRPr="00E9222F" w:rsidRDefault="00AF127B">
      <w:pPr>
        <w:keepNext/>
        <w:spacing w:after="20" w:line="228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Donderdag 24 december (kerstavond)</w:t>
      </w:r>
    </w:p>
    <w:p w14:paraId="49D3B54D" w14:textId="25CC95D2" w:rsidR="006E45C7" w:rsidRDefault="00AF127B">
      <w:pPr>
        <w:spacing w:after="20" w:line="228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U kunt </w:t>
      </w:r>
      <w:proofErr w:type="spellStart"/>
      <w:r w:rsidRPr="00E9222F">
        <w:rPr>
          <w:color w:val="111111"/>
          <w:sz w:val="24"/>
          <w:szCs w:val="24"/>
        </w:rPr>
        <w:t>reserveren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vanaf</w:t>
      </w:r>
      <w:proofErr w:type="spellEnd"/>
      <w:r w:rsidRPr="00E9222F">
        <w:rPr>
          <w:color w:val="111111"/>
          <w:sz w:val="24"/>
          <w:szCs w:val="24"/>
        </w:rPr>
        <w:t xml:space="preserve"> 17.00 </w:t>
      </w:r>
      <w:proofErr w:type="spellStart"/>
      <w:r w:rsidRPr="00E9222F">
        <w:rPr>
          <w:color w:val="111111"/>
          <w:sz w:val="24"/>
          <w:szCs w:val="24"/>
        </w:rPr>
        <w:t>uur</w:t>
      </w:r>
      <w:proofErr w:type="spellEnd"/>
    </w:p>
    <w:p w14:paraId="6FF3F66D" w14:textId="77777777" w:rsidR="00E82060" w:rsidRPr="00E9222F" w:rsidRDefault="00E82060">
      <w:pPr>
        <w:spacing w:after="20" w:line="228" w:lineRule="auto"/>
        <w:jc w:val="center"/>
        <w:rPr>
          <w:sz w:val="24"/>
          <w:szCs w:val="24"/>
        </w:rPr>
      </w:pPr>
    </w:p>
    <w:p w14:paraId="59DF2C74" w14:textId="77777777" w:rsidR="006E45C7" w:rsidRPr="00E9222F" w:rsidRDefault="00AF127B">
      <w:pPr>
        <w:keepNext/>
        <w:spacing w:after="20" w:line="228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Vrijdag 25 december (1e kerstdag)</w:t>
      </w:r>
    </w:p>
    <w:p w14:paraId="61B9440B" w14:textId="77777777" w:rsidR="006E45C7" w:rsidRPr="00E9222F" w:rsidRDefault="00AF127B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>Middag (binnenkomst tussen 11.30 uur en 13.30 uur)</w:t>
      </w:r>
    </w:p>
    <w:p w14:paraId="1B743509" w14:textId="77777777" w:rsidR="006E45C7" w:rsidRPr="00E9222F" w:rsidRDefault="00AF127B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>U kunt gebruikmaken van een tafel tot uiterlijk 16.30 uur.</w:t>
      </w:r>
    </w:p>
    <w:p w14:paraId="54236858" w14:textId="77777777" w:rsidR="006E45C7" w:rsidRDefault="00AF127B">
      <w:pPr>
        <w:spacing w:after="20" w:line="228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>Avond (binnenkomst vanaf 18.00 uur)</w:t>
      </w:r>
    </w:p>
    <w:p w14:paraId="5B3FC0F1" w14:textId="77777777" w:rsidR="00E82060" w:rsidRPr="00E9222F" w:rsidRDefault="00E82060">
      <w:pPr>
        <w:spacing w:after="20" w:line="228" w:lineRule="auto"/>
        <w:jc w:val="center"/>
        <w:rPr>
          <w:sz w:val="24"/>
          <w:szCs w:val="24"/>
        </w:rPr>
      </w:pPr>
    </w:p>
    <w:p w14:paraId="6D66DC25" w14:textId="77777777" w:rsidR="006E45C7" w:rsidRPr="00E9222F" w:rsidRDefault="00AF127B">
      <w:pPr>
        <w:keepNext/>
        <w:spacing w:after="20" w:line="228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Zaterdag 26 december (2e kerstdag)</w:t>
      </w:r>
    </w:p>
    <w:p w14:paraId="1E187207" w14:textId="77777777" w:rsidR="006E45C7" w:rsidRPr="00E9222F" w:rsidRDefault="00AF127B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>Middag (binnenkomst tussen 11.30 uur en 13.30 uur)</w:t>
      </w:r>
    </w:p>
    <w:p w14:paraId="2ADB3050" w14:textId="77777777" w:rsidR="006E45C7" w:rsidRPr="00E9222F" w:rsidRDefault="00AF127B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>U kunt gebruikmaken van een tafel tot uiterlijk 16.30 uur.</w:t>
      </w:r>
    </w:p>
    <w:p w14:paraId="35D948A0" w14:textId="77777777" w:rsidR="006E45C7" w:rsidRDefault="00AF127B">
      <w:pPr>
        <w:spacing w:after="20" w:line="228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>Avond (binnenkomst vanaf 18.00 uur)</w:t>
      </w:r>
    </w:p>
    <w:p w14:paraId="3862B1B9" w14:textId="77777777" w:rsidR="00E82060" w:rsidRPr="00E9222F" w:rsidRDefault="00E82060">
      <w:pPr>
        <w:spacing w:after="20" w:line="228" w:lineRule="auto"/>
        <w:jc w:val="center"/>
        <w:rPr>
          <w:sz w:val="24"/>
          <w:szCs w:val="24"/>
        </w:rPr>
      </w:pPr>
    </w:p>
    <w:p w14:paraId="6BC3FA9D" w14:textId="77777777" w:rsidR="006E45C7" w:rsidRPr="00E9222F" w:rsidRDefault="00AF127B">
      <w:pPr>
        <w:keepNext/>
        <w:spacing w:after="20" w:line="228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Zondag 27 december (3e kerstdag)</w:t>
      </w:r>
    </w:p>
    <w:p w14:paraId="587246BB" w14:textId="77777777" w:rsidR="006E45C7" w:rsidRPr="00E9222F" w:rsidRDefault="00AF127B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>Middag (binnenkomst tussen 11.30 uur en 13.30 uur)</w:t>
      </w:r>
    </w:p>
    <w:p w14:paraId="33104AC7" w14:textId="77777777" w:rsidR="006E45C7" w:rsidRPr="00E9222F" w:rsidRDefault="00AF127B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>U kunt gebruikmaken van een tafel tot uiterlijk 16.30 uur.</w:t>
      </w:r>
    </w:p>
    <w:p w14:paraId="13117BC7" w14:textId="77777777" w:rsidR="006E45C7" w:rsidRPr="00E9222F" w:rsidRDefault="00AF127B">
      <w:pPr>
        <w:spacing w:after="20" w:line="228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>Avond (binnenkomst vanaf 18.00 uur)</w:t>
      </w:r>
    </w:p>
    <w:p w14:paraId="20C63FB6" w14:textId="77777777" w:rsidR="00FF6A25" w:rsidRPr="00E9222F" w:rsidRDefault="00FF6A25">
      <w:pPr>
        <w:spacing w:after="20" w:line="228" w:lineRule="auto"/>
        <w:jc w:val="center"/>
        <w:rPr>
          <w:sz w:val="24"/>
          <w:szCs w:val="24"/>
        </w:rPr>
      </w:pPr>
    </w:p>
    <w:p w14:paraId="7086E85B" w14:textId="77777777" w:rsidR="006E45C7" w:rsidRDefault="00AF127B">
      <w:pPr>
        <w:spacing w:after="20" w:line="228" w:lineRule="auto"/>
        <w:jc w:val="center"/>
        <w:rPr>
          <w:b/>
          <w:color w:val="111111"/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 xml:space="preserve">We hopen u te mogen verwelkomen op </w:t>
      </w:r>
      <w:proofErr w:type="spellStart"/>
      <w:r w:rsidRPr="00E9222F">
        <w:rPr>
          <w:b/>
          <w:color w:val="111111"/>
          <w:sz w:val="24"/>
          <w:szCs w:val="24"/>
        </w:rPr>
        <w:t>een</w:t>
      </w:r>
      <w:proofErr w:type="spellEnd"/>
      <w:r w:rsidRPr="00E9222F">
        <w:rPr>
          <w:b/>
          <w:color w:val="111111"/>
          <w:sz w:val="24"/>
          <w:szCs w:val="24"/>
        </w:rPr>
        <w:t xml:space="preserve"> van </w:t>
      </w:r>
      <w:proofErr w:type="spellStart"/>
      <w:r w:rsidRPr="00E9222F">
        <w:rPr>
          <w:b/>
          <w:color w:val="111111"/>
          <w:sz w:val="24"/>
          <w:szCs w:val="24"/>
        </w:rPr>
        <w:t>bovenstaande</w:t>
      </w:r>
      <w:proofErr w:type="spellEnd"/>
      <w:r w:rsidRPr="00E9222F">
        <w:rPr>
          <w:b/>
          <w:color w:val="111111"/>
          <w:sz w:val="24"/>
          <w:szCs w:val="24"/>
        </w:rPr>
        <w:t xml:space="preserve"> </w:t>
      </w:r>
      <w:proofErr w:type="spellStart"/>
      <w:r w:rsidRPr="00E9222F">
        <w:rPr>
          <w:b/>
          <w:color w:val="111111"/>
          <w:sz w:val="24"/>
          <w:szCs w:val="24"/>
        </w:rPr>
        <w:t>dagen</w:t>
      </w:r>
      <w:proofErr w:type="spellEnd"/>
      <w:r w:rsidRPr="00E9222F">
        <w:rPr>
          <w:b/>
          <w:color w:val="111111"/>
          <w:sz w:val="24"/>
          <w:szCs w:val="24"/>
        </w:rPr>
        <w:t>.</w:t>
      </w:r>
    </w:p>
    <w:p w14:paraId="46470354" w14:textId="77777777" w:rsidR="00A95B89" w:rsidRPr="00E9222F" w:rsidRDefault="00A95B89">
      <w:pPr>
        <w:spacing w:after="20" w:line="228" w:lineRule="auto"/>
        <w:jc w:val="center"/>
        <w:rPr>
          <w:sz w:val="24"/>
          <w:szCs w:val="24"/>
        </w:rPr>
      </w:pPr>
    </w:p>
    <w:p w14:paraId="028CD097" w14:textId="77777777" w:rsidR="006E45C7" w:rsidRDefault="00AF127B">
      <w:pPr>
        <w:spacing w:after="20" w:line="228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We werken uitsluitend op reservering. De reservering is geldig wanneer wij van u een volledig ingevuld reserveringsformulier hebben ontvangen, inclusief de door u </w:t>
      </w:r>
      <w:proofErr w:type="spellStart"/>
      <w:r w:rsidRPr="00E9222F">
        <w:rPr>
          <w:color w:val="111111"/>
          <w:sz w:val="24"/>
          <w:szCs w:val="24"/>
        </w:rPr>
        <w:t>gekozen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gerechten</w:t>
      </w:r>
      <w:proofErr w:type="spellEnd"/>
      <w:r w:rsidRPr="00E9222F">
        <w:rPr>
          <w:color w:val="111111"/>
          <w:sz w:val="24"/>
          <w:szCs w:val="24"/>
        </w:rPr>
        <w:t>.</w:t>
      </w:r>
    </w:p>
    <w:p w14:paraId="28D65454" w14:textId="77777777" w:rsidR="007E410C" w:rsidRPr="00E9222F" w:rsidRDefault="007E410C">
      <w:pPr>
        <w:spacing w:after="20" w:line="228" w:lineRule="auto"/>
        <w:jc w:val="center"/>
        <w:rPr>
          <w:sz w:val="24"/>
          <w:szCs w:val="24"/>
        </w:rPr>
      </w:pPr>
    </w:p>
    <w:p w14:paraId="6F2AE920" w14:textId="37F08C14" w:rsidR="006E45C7" w:rsidRPr="00E9222F" w:rsidRDefault="00AF127B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Reserveren per e-mail is mogelijk. U kunt uw volledig ingevulde </w:t>
      </w:r>
      <w:proofErr w:type="spellStart"/>
      <w:r w:rsidRPr="00E9222F">
        <w:rPr>
          <w:color w:val="111111"/>
          <w:sz w:val="24"/>
          <w:szCs w:val="24"/>
        </w:rPr>
        <w:t>reserveringsformulier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sturen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naar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hyperlink r:id="rId9" w:history="1">
        <w:r w:rsidR="007E410C" w:rsidRPr="0005467B">
          <w:rPr>
            <w:rStyle w:val="Hyperlink"/>
            <w:sz w:val="24"/>
            <w:szCs w:val="24"/>
          </w:rPr>
          <w:t>info@zwaanborkel.nl</w:t>
        </w:r>
      </w:hyperlink>
      <w:r w:rsidR="007E410C">
        <w:rPr>
          <w:color w:val="111111"/>
          <w:sz w:val="24"/>
          <w:szCs w:val="24"/>
        </w:rPr>
        <w:t xml:space="preserve"> Of </w:t>
      </w:r>
      <w:proofErr w:type="spellStart"/>
      <w:r w:rsidR="007E410C">
        <w:rPr>
          <w:color w:val="111111"/>
          <w:sz w:val="24"/>
          <w:szCs w:val="24"/>
        </w:rPr>
        <w:t>persoonlijk</w:t>
      </w:r>
      <w:proofErr w:type="spellEnd"/>
      <w:r w:rsidR="007E410C">
        <w:rPr>
          <w:color w:val="111111"/>
          <w:sz w:val="24"/>
          <w:szCs w:val="24"/>
        </w:rPr>
        <w:t xml:space="preserve"> </w:t>
      </w:r>
      <w:proofErr w:type="spellStart"/>
      <w:r w:rsidR="007E410C">
        <w:rPr>
          <w:color w:val="111111"/>
          <w:sz w:val="24"/>
          <w:szCs w:val="24"/>
        </w:rPr>
        <w:t>afgeven</w:t>
      </w:r>
      <w:proofErr w:type="spellEnd"/>
      <w:r w:rsidR="007E410C">
        <w:rPr>
          <w:color w:val="111111"/>
          <w:sz w:val="24"/>
          <w:szCs w:val="24"/>
        </w:rPr>
        <w:t xml:space="preserve"> </w:t>
      </w:r>
      <w:proofErr w:type="spellStart"/>
      <w:r w:rsidR="007E410C">
        <w:rPr>
          <w:color w:val="111111"/>
          <w:sz w:val="24"/>
          <w:szCs w:val="24"/>
        </w:rPr>
        <w:t>bij</w:t>
      </w:r>
      <w:proofErr w:type="spellEnd"/>
      <w:r w:rsidR="007E410C">
        <w:rPr>
          <w:color w:val="111111"/>
          <w:sz w:val="24"/>
          <w:szCs w:val="24"/>
        </w:rPr>
        <w:t xml:space="preserve"> Grand Café De Zwaan</w:t>
      </w:r>
    </w:p>
    <w:p w14:paraId="5C3E5A46" w14:textId="77777777" w:rsidR="006E45C7" w:rsidRPr="00E9222F" w:rsidRDefault="00AF127B">
      <w:pPr>
        <w:spacing w:after="20" w:line="228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U ontvangt binnen 48 uur een bevestiging van de reservering. Heeft u deze niet ontvangen, dan vragen wij u contact met </w:t>
      </w:r>
      <w:proofErr w:type="spellStart"/>
      <w:r w:rsidRPr="00E9222F">
        <w:rPr>
          <w:color w:val="111111"/>
          <w:sz w:val="24"/>
          <w:szCs w:val="24"/>
        </w:rPr>
        <w:t>ons</w:t>
      </w:r>
      <w:proofErr w:type="spellEnd"/>
      <w:r w:rsidRPr="00E9222F">
        <w:rPr>
          <w:color w:val="111111"/>
          <w:sz w:val="24"/>
          <w:szCs w:val="24"/>
        </w:rPr>
        <w:t xml:space="preserve"> op </w:t>
      </w:r>
      <w:proofErr w:type="spellStart"/>
      <w:r w:rsidRPr="00E9222F">
        <w:rPr>
          <w:color w:val="111111"/>
          <w:sz w:val="24"/>
          <w:szCs w:val="24"/>
        </w:rPr>
        <w:t>te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nemen</w:t>
      </w:r>
      <w:proofErr w:type="spellEnd"/>
      <w:r w:rsidRPr="00E9222F">
        <w:rPr>
          <w:color w:val="111111"/>
          <w:sz w:val="24"/>
          <w:szCs w:val="24"/>
        </w:rPr>
        <w:t xml:space="preserve">; de </w:t>
      </w:r>
      <w:proofErr w:type="spellStart"/>
      <w:r w:rsidRPr="00E9222F">
        <w:rPr>
          <w:color w:val="111111"/>
          <w:sz w:val="24"/>
          <w:szCs w:val="24"/>
        </w:rPr>
        <w:t>reservering</w:t>
      </w:r>
      <w:proofErr w:type="spellEnd"/>
      <w:r w:rsidRPr="00E9222F">
        <w:rPr>
          <w:color w:val="111111"/>
          <w:sz w:val="24"/>
          <w:szCs w:val="24"/>
        </w:rPr>
        <w:t xml:space="preserve"> is dan </w:t>
      </w:r>
      <w:proofErr w:type="spellStart"/>
      <w:r w:rsidRPr="00E9222F">
        <w:rPr>
          <w:color w:val="111111"/>
          <w:sz w:val="24"/>
          <w:szCs w:val="24"/>
        </w:rPr>
        <w:t>hoogstwaarschijnlijk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niet</w:t>
      </w:r>
      <w:proofErr w:type="spellEnd"/>
      <w:r w:rsidRPr="00E9222F">
        <w:rPr>
          <w:color w:val="111111"/>
          <w:sz w:val="24"/>
          <w:szCs w:val="24"/>
        </w:rPr>
        <w:t xml:space="preserve"> (</w:t>
      </w:r>
      <w:proofErr w:type="spellStart"/>
      <w:r w:rsidRPr="00E9222F">
        <w:rPr>
          <w:color w:val="111111"/>
          <w:sz w:val="24"/>
          <w:szCs w:val="24"/>
        </w:rPr>
        <w:t>goed</w:t>
      </w:r>
      <w:proofErr w:type="spellEnd"/>
      <w:r w:rsidRPr="00E9222F">
        <w:rPr>
          <w:color w:val="111111"/>
          <w:sz w:val="24"/>
          <w:szCs w:val="24"/>
        </w:rPr>
        <w:t xml:space="preserve">) </w:t>
      </w:r>
      <w:proofErr w:type="spellStart"/>
      <w:r w:rsidRPr="00E9222F">
        <w:rPr>
          <w:color w:val="111111"/>
          <w:sz w:val="24"/>
          <w:szCs w:val="24"/>
        </w:rPr>
        <w:t>ontvangen</w:t>
      </w:r>
      <w:proofErr w:type="spellEnd"/>
      <w:r w:rsidRPr="00E9222F">
        <w:rPr>
          <w:color w:val="111111"/>
          <w:sz w:val="24"/>
          <w:szCs w:val="24"/>
        </w:rPr>
        <w:t>.</w:t>
      </w:r>
    </w:p>
    <w:p w14:paraId="5F1A24B1" w14:textId="77777777" w:rsidR="00FF6A25" w:rsidRPr="00E9222F" w:rsidRDefault="00FF6A25">
      <w:pPr>
        <w:spacing w:after="20" w:line="228" w:lineRule="auto"/>
        <w:jc w:val="center"/>
        <w:rPr>
          <w:sz w:val="24"/>
          <w:szCs w:val="24"/>
        </w:rPr>
      </w:pPr>
    </w:p>
    <w:p w14:paraId="08FE7E69" w14:textId="325E0D7B" w:rsidR="006E45C7" w:rsidRPr="00E9222F" w:rsidRDefault="00AF127B">
      <w:pPr>
        <w:spacing w:after="20" w:line="228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Indien u nog vragen heeft, </w:t>
      </w:r>
      <w:proofErr w:type="spellStart"/>
      <w:r w:rsidRPr="00E9222F">
        <w:rPr>
          <w:color w:val="111111"/>
          <w:sz w:val="24"/>
          <w:szCs w:val="24"/>
        </w:rPr>
        <w:t>kunt</w:t>
      </w:r>
      <w:proofErr w:type="spellEnd"/>
      <w:r w:rsidRPr="00E9222F">
        <w:rPr>
          <w:color w:val="111111"/>
          <w:sz w:val="24"/>
          <w:szCs w:val="24"/>
        </w:rPr>
        <w:t xml:space="preserve"> u </w:t>
      </w:r>
      <w:proofErr w:type="spellStart"/>
      <w:r w:rsidRPr="00E9222F">
        <w:rPr>
          <w:color w:val="111111"/>
          <w:sz w:val="24"/>
          <w:szCs w:val="24"/>
        </w:rPr>
        <w:t>altijd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="009C164C">
        <w:rPr>
          <w:color w:val="111111"/>
          <w:sz w:val="24"/>
          <w:szCs w:val="24"/>
        </w:rPr>
        <w:t>telefonisch</w:t>
      </w:r>
      <w:proofErr w:type="spellEnd"/>
      <w:r w:rsidR="009C164C">
        <w:rPr>
          <w:color w:val="111111"/>
          <w:sz w:val="24"/>
          <w:szCs w:val="24"/>
        </w:rPr>
        <w:t xml:space="preserve"> </w:t>
      </w:r>
      <w:r w:rsidRPr="00E9222F">
        <w:rPr>
          <w:color w:val="111111"/>
          <w:sz w:val="24"/>
          <w:szCs w:val="24"/>
        </w:rPr>
        <w:t xml:space="preserve">contact </w:t>
      </w:r>
      <w:proofErr w:type="spellStart"/>
      <w:r w:rsidRPr="00E9222F">
        <w:rPr>
          <w:color w:val="111111"/>
          <w:sz w:val="24"/>
          <w:szCs w:val="24"/>
        </w:rPr>
        <w:t>opnemen</w:t>
      </w:r>
      <w:proofErr w:type="spellEnd"/>
      <w:r w:rsidRPr="00E9222F">
        <w:rPr>
          <w:color w:val="111111"/>
          <w:sz w:val="24"/>
          <w:szCs w:val="24"/>
        </w:rPr>
        <w:t>: 040 206 86 32.</w:t>
      </w:r>
    </w:p>
    <w:p w14:paraId="05AA36EF" w14:textId="77777777" w:rsidR="00F55CD4" w:rsidRDefault="00F55CD4">
      <w:pPr>
        <w:spacing w:after="20" w:line="228" w:lineRule="auto"/>
        <w:jc w:val="center"/>
        <w:rPr>
          <w:b/>
          <w:color w:val="111111"/>
          <w:sz w:val="24"/>
          <w:szCs w:val="24"/>
        </w:rPr>
      </w:pPr>
    </w:p>
    <w:p w14:paraId="18AFB4AB" w14:textId="77777777" w:rsidR="00F55CD4" w:rsidRDefault="00F55CD4">
      <w:pPr>
        <w:spacing w:after="20" w:line="228" w:lineRule="auto"/>
        <w:jc w:val="center"/>
        <w:rPr>
          <w:b/>
          <w:color w:val="111111"/>
          <w:sz w:val="24"/>
          <w:szCs w:val="24"/>
        </w:rPr>
      </w:pPr>
    </w:p>
    <w:p w14:paraId="3727A534" w14:textId="77777777" w:rsidR="000E4CBB" w:rsidRDefault="000E4CBB">
      <w:pPr>
        <w:spacing w:after="20" w:line="228" w:lineRule="auto"/>
        <w:jc w:val="center"/>
        <w:rPr>
          <w:b/>
          <w:color w:val="111111"/>
          <w:sz w:val="24"/>
          <w:szCs w:val="24"/>
        </w:rPr>
      </w:pPr>
    </w:p>
    <w:p w14:paraId="2DE6D025" w14:textId="77777777" w:rsidR="000E4CBB" w:rsidRDefault="000E4CBB">
      <w:pPr>
        <w:spacing w:after="20" w:line="228" w:lineRule="auto"/>
        <w:jc w:val="center"/>
        <w:rPr>
          <w:b/>
          <w:color w:val="111111"/>
          <w:sz w:val="24"/>
          <w:szCs w:val="24"/>
        </w:rPr>
      </w:pPr>
    </w:p>
    <w:p w14:paraId="7B648C14" w14:textId="42E93AE8" w:rsidR="006E45C7" w:rsidRPr="00E9222F" w:rsidRDefault="006E45C7">
      <w:pPr>
        <w:spacing w:after="20" w:line="228" w:lineRule="auto"/>
        <w:jc w:val="center"/>
        <w:rPr>
          <w:sz w:val="24"/>
          <w:szCs w:val="24"/>
        </w:rPr>
      </w:pPr>
    </w:p>
    <w:p w14:paraId="5B5EDDA4" w14:textId="77777777" w:rsidR="006E45C7" w:rsidRPr="00E9222F" w:rsidRDefault="006E45C7">
      <w:pPr>
        <w:spacing w:after="20" w:line="228" w:lineRule="auto"/>
        <w:rPr>
          <w:sz w:val="24"/>
          <w:szCs w:val="24"/>
        </w:rPr>
      </w:pPr>
    </w:p>
    <w:p w14:paraId="6169B883" w14:textId="77777777" w:rsidR="00EC73D4" w:rsidRPr="00E9222F" w:rsidRDefault="00EC73D4">
      <w:pPr>
        <w:spacing w:after="20" w:line="228" w:lineRule="auto"/>
        <w:rPr>
          <w:sz w:val="24"/>
          <w:szCs w:val="24"/>
        </w:rPr>
      </w:pPr>
    </w:p>
    <w:p w14:paraId="1E0A5AD4" w14:textId="77777777" w:rsidR="00EC73D4" w:rsidRPr="00E9222F" w:rsidRDefault="00EC73D4">
      <w:pPr>
        <w:rPr>
          <w:sz w:val="24"/>
          <w:szCs w:val="24"/>
        </w:rPr>
        <w:sectPr w:rsidR="00EC73D4" w:rsidRPr="00E9222F">
          <w:footerReference w:type="default" r:id="rId10"/>
          <w:pgSz w:w="12240" w:h="15840"/>
          <w:pgMar w:top="482" w:right="935" w:bottom="425" w:left="935" w:header="312" w:footer="312" w:gutter="0"/>
          <w:cols w:space="720"/>
          <w:docGrid w:linePitch="360"/>
        </w:sectPr>
      </w:pPr>
    </w:p>
    <w:p w14:paraId="0E4B295F" w14:textId="77777777" w:rsidR="00FF6A25" w:rsidRPr="00E9222F" w:rsidRDefault="00FF6A25">
      <w:pPr>
        <w:spacing w:before="60" w:after="0" w:line="259" w:lineRule="auto"/>
        <w:jc w:val="center"/>
        <w:rPr>
          <w:b/>
          <w:color w:val="111111"/>
          <w:sz w:val="24"/>
          <w:szCs w:val="24"/>
        </w:rPr>
      </w:pPr>
    </w:p>
    <w:p w14:paraId="5D1C74CE" w14:textId="77777777" w:rsidR="00B62AC2" w:rsidRDefault="00B62AC2" w:rsidP="00A86D00">
      <w:pPr>
        <w:spacing w:before="60" w:after="0" w:line="259" w:lineRule="auto"/>
        <w:rPr>
          <w:b/>
          <w:color w:val="111111"/>
          <w:sz w:val="24"/>
          <w:szCs w:val="24"/>
        </w:rPr>
      </w:pPr>
    </w:p>
    <w:p w14:paraId="236D06D4" w14:textId="54C11B18" w:rsidR="00B62AC2" w:rsidRDefault="00A86D00">
      <w:pPr>
        <w:spacing w:before="60" w:after="0" w:line="259" w:lineRule="auto"/>
        <w:jc w:val="center"/>
        <w:rPr>
          <w:b/>
          <w:color w:val="111111"/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4-GANGEN KERSTMENU 2026 (€57,50 p.p.)</w:t>
      </w:r>
    </w:p>
    <w:p w14:paraId="6FAF195F" w14:textId="77777777" w:rsidR="00B62AC2" w:rsidRDefault="00B62AC2" w:rsidP="00A86D00">
      <w:pPr>
        <w:spacing w:before="60" w:after="0" w:line="259" w:lineRule="auto"/>
        <w:rPr>
          <w:b/>
          <w:color w:val="111111"/>
          <w:sz w:val="24"/>
          <w:szCs w:val="24"/>
        </w:rPr>
      </w:pPr>
    </w:p>
    <w:p w14:paraId="4119BB72" w14:textId="44864FC5" w:rsidR="006E45C7" w:rsidRPr="00EF7DA2" w:rsidRDefault="00AF127B">
      <w:pPr>
        <w:spacing w:before="60" w:after="0" w:line="259" w:lineRule="auto"/>
        <w:jc w:val="center"/>
        <w:rPr>
          <w:color w:val="D3B768"/>
          <w:sz w:val="24"/>
          <w:szCs w:val="24"/>
        </w:rPr>
      </w:pPr>
      <w:r w:rsidRPr="00EF7DA2">
        <w:rPr>
          <w:b/>
          <w:color w:val="D3B768"/>
          <w:sz w:val="24"/>
          <w:szCs w:val="24"/>
        </w:rPr>
        <w:t>VOORGERECHTEN</w:t>
      </w:r>
    </w:p>
    <w:p w14:paraId="1338CD2C" w14:textId="77777777" w:rsidR="006E45C7" w:rsidRPr="00E9222F" w:rsidRDefault="00AF127B">
      <w:pPr>
        <w:spacing w:after="160" w:line="259" w:lineRule="auto"/>
        <w:jc w:val="center"/>
        <w:rPr>
          <w:sz w:val="24"/>
          <w:szCs w:val="24"/>
        </w:rPr>
      </w:pPr>
      <w:r w:rsidRPr="00E9222F">
        <w:rPr>
          <w:i/>
          <w:color w:val="111111"/>
          <w:sz w:val="24"/>
          <w:szCs w:val="24"/>
        </w:rPr>
        <w:t>(worden geserveerd met brood, kruidenboter en aioli)</w:t>
      </w:r>
    </w:p>
    <w:p w14:paraId="0523D2C6" w14:textId="77777777" w:rsidR="006E45C7" w:rsidRPr="00E9222F" w:rsidRDefault="00AF127B">
      <w:pPr>
        <w:keepNext/>
        <w:spacing w:before="60" w:after="2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Rundercarpaccio</w:t>
      </w:r>
    </w:p>
    <w:p w14:paraId="4A59BBD6" w14:textId="77777777" w:rsidR="006E45C7" w:rsidRDefault="00AF127B">
      <w:pPr>
        <w:spacing w:after="80" w:line="259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Carpaccio van ossenhaas met truffelmayonaise, Parmezaanse kaas, pijnboompitten en een bruschetta met </w:t>
      </w:r>
      <w:proofErr w:type="spellStart"/>
      <w:r w:rsidRPr="00E9222F">
        <w:rPr>
          <w:color w:val="111111"/>
          <w:sz w:val="24"/>
          <w:szCs w:val="24"/>
        </w:rPr>
        <w:t>een</w:t>
      </w:r>
      <w:proofErr w:type="spellEnd"/>
      <w:r w:rsidRPr="00E9222F">
        <w:rPr>
          <w:color w:val="111111"/>
          <w:sz w:val="24"/>
          <w:szCs w:val="24"/>
        </w:rPr>
        <w:t xml:space="preserve"> tapenade van </w:t>
      </w:r>
      <w:proofErr w:type="spellStart"/>
      <w:r w:rsidRPr="00E9222F">
        <w:rPr>
          <w:color w:val="111111"/>
          <w:sz w:val="24"/>
          <w:szCs w:val="24"/>
        </w:rPr>
        <w:t>zongedroogde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tomaten</w:t>
      </w:r>
      <w:proofErr w:type="spellEnd"/>
      <w:r w:rsidRPr="00E9222F">
        <w:rPr>
          <w:color w:val="111111"/>
          <w:sz w:val="24"/>
          <w:szCs w:val="24"/>
        </w:rPr>
        <w:t xml:space="preserve"> of</w:t>
      </w:r>
    </w:p>
    <w:p w14:paraId="2D37D6B4" w14:textId="77777777" w:rsidR="006C231F" w:rsidRPr="00E9222F" w:rsidRDefault="006C231F">
      <w:pPr>
        <w:spacing w:after="80" w:line="259" w:lineRule="auto"/>
        <w:jc w:val="center"/>
        <w:rPr>
          <w:sz w:val="24"/>
          <w:szCs w:val="24"/>
        </w:rPr>
      </w:pPr>
    </w:p>
    <w:p w14:paraId="6F87ECA3" w14:textId="77777777" w:rsidR="006E45C7" w:rsidRPr="00E9222F" w:rsidRDefault="00AF127B">
      <w:pPr>
        <w:keepNext/>
        <w:spacing w:before="60" w:after="2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Eendenborstfilet met eendenpaté</w:t>
      </w:r>
    </w:p>
    <w:p w14:paraId="4C8E18A2" w14:textId="77777777" w:rsidR="006E45C7" w:rsidRDefault="00AF127B">
      <w:pPr>
        <w:spacing w:after="80" w:line="259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Fijn gesneden plakjes eendenborst met een rijke paté van eend geserveerd op geroosterd brioche brood met </w:t>
      </w:r>
      <w:proofErr w:type="spellStart"/>
      <w:r w:rsidRPr="00E9222F">
        <w:rPr>
          <w:color w:val="111111"/>
          <w:sz w:val="24"/>
          <w:szCs w:val="24"/>
        </w:rPr>
        <w:t>huisgemaakte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vijgencompote</w:t>
      </w:r>
      <w:proofErr w:type="spellEnd"/>
    </w:p>
    <w:p w14:paraId="426CFBDE" w14:textId="77777777" w:rsidR="006C231F" w:rsidRPr="00E9222F" w:rsidRDefault="006C231F">
      <w:pPr>
        <w:spacing w:after="80" w:line="259" w:lineRule="auto"/>
        <w:jc w:val="center"/>
        <w:rPr>
          <w:sz w:val="24"/>
          <w:szCs w:val="24"/>
        </w:rPr>
      </w:pPr>
    </w:p>
    <w:p w14:paraId="0253DC97" w14:textId="77777777" w:rsidR="006E45C7" w:rsidRPr="00E9222F" w:rsidRDefault="00AF127B">
      <w:pPr>
        <w:keepNext/>
        <w:spacing w:before="60" w:after="2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Bonbon van Kip en Truffel</w:t>
      </w:r>
    </w:p>
    <w:p w14:paraId="6642493F" w14:textId="77777777" w:rsidR="006E45C7" w:rsidRDefault="00AF127B">
      <w:pPr>
        <w:spacing w:after="80" w:line="259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Gerookte kipfilet met een vulling van zachte roomkaas, truffeltapenade, bieslook en pecannootjes op een </w:t>
      </w:r>
      <w:proofErr w:type="spellStart"/>
      <w:r w:rsidRPr="00E9222F">
        <w:rPr>
          <w:color w:val="111111"/>
          <w:sz w:val="24"/>
          <w:szCs w:val="24"/>
        </w:rPr>
        <w:t>fijne</w:t>
      </w:r>
      <w:proofErr w:type="spellEnd"/>
      <w:r w:rsidRPr="00E9222F">
        <w:rPr>
          <w:color w:val="111111"/>
          <w:sz w:val="24"/>
          <w:szCs w:val="24"/>
        </w:rPr>
        <w:t xml:space="preserve"> salade met </w:t>
      </w:r>
      <w:proofErr w:type="spellStart"/>
      <w:r w:rsidRPr="00E9222F">
        <w:rPr>
          <w:color w:val="111111"/>
          <w:sz w:val="24"/>
          <w:szCs w:val="24"/>
        </w:rPr>
        <w:t>een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krokante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kaaskletskop</w:t>
      </w:r>
      <w:proofErr w:type="spellEnd"/>
    </w:p>
    <w:p w14:paraId="373FAE8C" w14:textId="77777777" w:rsidR="006C231F" w:rsidRPr="00E9222F" w:rsidRDefault="006C231F">
      <w:pPr>
        <w:spacing w:after="80" w:line="259" w:lineRule="auto"/>
        <w:jc w:val="center"/>
        <w:rPr>
          <w:sz w:val="24"/>
          <w:szCs w:val="24"/>
        </w:rPr>
      </w:pPr>
    </w:p>
    <w:p w14:paraId="1800DF2B" w14:textId="77777777" w:rsidR="006E45C7" w:rsidRPr="00E9222F" w:rsidRDefault="00AF127B">
      <w:pPr>
        <w:keepNext/>
        <w:spacing w:before="60" w:after="2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Duo van scampi’s en Hollandse garnalen</w:t>
      </w:r>
    </w:p>
    <w:p w14:paraId="747E209A" w14:textId="77777777" w:rsidR="006E45C7" w:rsidRDefault="00AF127B">
      <w:pPr>
        <w:spacing w:after="80" w:line="259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Salade met gemarineerde scampi’s, Hollandse garnalen, met </w:t>
      </w:r>
      <w:proofErr w:type="spellStart"/>
      <w:r w:rsidRPr="00E9222F">
        <w:rPr>
          <w:color w:val="111111"/>
          <w:sz w:val="24"/>
          <w:szCs w:val="24"/>
        </w:rPr>
        <w:t>roomkaas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gevulde</w:t>
      </w:r>
      <w:proofErr w:type="spellEnd"/>
      <w:r w:rsidRPr="00E9222F">
        <w:rPr>
          <w:color w:val="111111"/>
          <w:sz w:val="24"/>
          <w:szCs w:val="24"/>
        </w:rPr>
        <w:t xml:space="preserve"> Peppadew-</w:t>
      </w:r>
      <w:proofErr w:type="spellStart"/>
      <w:r w:rsidRPr="00E9222F">
        <w:rPr>
          <w:color w:val="111111"/>
          <w:sz w:val="24"/>
          <w:szCs w:val="24"/>
        </w:rPr>
        <w:t>pepers</w:t>
      </w:r>
      <w:proofErr w:type="spellEnd"/>
      <w:r w:rsidRPr="00E9222F">
        <w:rPr>
          <w:color w:val="111111"/>
          <w:sz w:val="24"/>
          <w:szCs w:val="24"/>
        </w:rPr>
        <w:t xml:space="preserve">, </w:t>
      </w:r>
      <w:proofErr w:type="spellStart"/>
      <w:r w:rsidRPr="00E9222F">
        <w:rPr>
          <w:color w:val="111111"/>
          <w:sz w:val="24"/>
          <w:szCs w:val="24"/>
        </w:rPr>
        <w:t>bosui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een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whiskycocktailsaus</w:t>
      </w:r>
      <w:proofErr w:type="spellEnd"/>
    </w:p>
    <w:p w14:paraId="2F236BF2" w14:textId="77777777" w:rsidR="006C231F" w:rsidRPr="00E9222F" w:rsidRDefault="006C231F">
      <w:pPr>
        <w:spacing w:after="80" w:line="259" w:lineRule="auto"/>
        <w:jc w:val="center"/>
        <w:rPr>
          <w:sz w:val="24"/>
          <w:szCs w:val="24"/>
        </w:rPr>
      </w:pPr>
    </w:p>
    <w:p w14:paraId="25B5A5B0" w14:textId="77777777" w:rsidR="006E45C7" w:rsidRPr="00E9222F" w:rsidRDefault="00AF127B">
      <w:pPr>
        <w:keepNext/>
        <w:spacing w:before="60" w:after="2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Zalmterrine</w:t>
      </w:r>
    </w:p>
    <w:p w14:paraId="44A22096" w14:textId="77777777" w:rsidR="006E45C7" w:rsidRDefault="00AF127B">
      <w:pPr>
        <w:spacing w:after="80" w:line="259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Gerookte zalm paté met forelkuit op een knapperige witlofsalade met </w:t>
      </w:r>
      <w:proofErr w:type="spellStart"/>
      <w:r w:rsidRPr="00E9222F">
        <w:rPr>
          <w:color w:val="111111"/>
          <w:sz w:val="24"/>
          <w:szCs w:val="24"/>
        </w:rPr>
        <w:t>appel</w:t>
      </w:r>
      <w:proofErr w:type="spellEnd"/>
      <w:r w:rsidRPr="00E9222F">
        <w:rPr>
          <w:color w:val="111111"/>
          <w:sz w:val="24"/>
          <w:szCs w:val="24"/>
        </w:rPr>
        <w:t xml:space="preserve">, </w:t>
      </w:r>
      <w:proofErr w:type="spellStart"/>
      <w:r w:rsidRPr="00E9222F">
        <w:rPr>
          <w:color w:val="111111"/>
          <w:sz w:val="24"/>
          <w:szCs w:val="24"/>
        </w:rPr>
        <w:t>pistache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nootjes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mierikswortel</w:t>
      </w:r>
      <w:proofErr w:type="spellEnd"/>
      <w:r w:rsidRPr="00E9222F">
        <w:rPr>
          <w:color w:val="111111"/>
          <w:sz w:val="24"/>
          <w:szCs w:val="24"/>
        </w:rPr>
        <w:t xml:space="preserve"> crème</w:t>
      </w:r>
    </w:p>
    <w:p w14:paraId="43B00EB3" w14:textId="77777777" w:rsidR="006C231F" w:rsidRPr="00E9222F" w:rsidRDefault="006C231F">
      <w:pPr>
        <w:spacing w:after="80" w:line="259" w:lineRule="auto"/>
        <w:jc w:val="center"/>
        <w:rPr>
          <w:sz w:val="24"/>
          <w:szCs w:val="24"/>
        </w:rPr>
      </w:pPr>
    </w:p>
    <w:p w14:paraId="1AC8F78E" w14:textId="77777777" w:rsidR="006E45C7" w:rsidRPr="00E9222F" w:rsidRDefault="00AF127B">
      <w:pPr>
        <w:keepNext/>
        <w:spacing w:before="60" w:after="2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Burrata</w:t>
      </w:r>
    </w:p>
    <w:p w14:paraId="2ACDCCFE" w14:textId="77777777" w:rsidR="006E45C7" w:rsidRPr="00E9222F" w:rsidRDefault="00AF127B">
      <w:pPr>
        <w:spacing w:after="80" w:line="259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>Een burrata met verse basilicum en granaatappelpitjes op een carpaccio van rode biet met walnoten en balsamico crème</w:t>
      </w:r>
    </w:p>
    <w:p w14:paraId="77B46A76" w14:textId="77777777" w:rsidR="006C231F" w:rsidRDefault="006C231F">
      <w:pPr>
        <w:spacing w:before="120" w:after="80" w:line="259" w:lineRule="auto"/>
        <w:jc w:val="center"/>
        <w:rPr>
          <w:b/>
          <w:color w:val="111111"/>
          <w:sz w:val="24"/>
          <w:szCs w:val="24"/>
        </w:rPr>
      </w:pPr>
    </w:p>
    <w:p w14:paraId="00BF1544" w14:textId="77777777" w:rsidR="006C231F" w:rsidRDefault="006C231F" w:rsidP="008546F2">
      <w:pPr>
        <w:spacing w:before="120" w:after="80" w:line="259" w:lineRule="auto"/>
        <w:rPr>
          <w:b/>
          <w:color w:val="111111"/>
          <w:sz w:val="24"/>
          <w:szCs w:val="24"/>
        </w:rPr>
      </w:pPr>
    </w:p>
    <w:p w14:paraId="343DEDE9" w14:textId="1FC91889" w:rsidR="006E45C7" w:rsidRPr="00EF7DA2" w:rsidRDefault="00AF127B">
      <w:pPr>
        <w:spacing w:before="120" w:after="80" w:line="259" w:lineRule="auto"/>
        <w:jc w:val="center"/>
        <w:rPr>
          <w:color w:val="D3B768"/>
          <w:sz w:val="24"/>
          <w:szCs w:val="24"/>
        </w:rPr>
      </w:pPr>
      <w:r w:rsidRPr="00EF7DA2">
        <w:rPr>
          <w:b/>
          <w:color w:val="D3B768"/>
          <w:sz w:val="24"/>
          <w:szCs w:val="24"/>
        </w:rPr>
        <w:t>SOEPEN</w:t>
      </w:r>
    </w:p>
    <w:p w14:paraId="46DCE1FB" w14:textId="77777777" w:rsidR="006E45C7" w:rsidRPr="00E9222F" w:rsidRDefault="00AF127B">
      <w:pPr>
        <w:keepNext/>
        <w:spacing w:before="20" w:after="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Tomatensoep</w:t>
      </w:r>
    </w:p>
    <w:p w14:paraId="22D627F6" w14:textId="77777777" w:rsidR="006E45C7" w:rsidRDefault="00AF127B">
      <w:pPr>
        <w:spacing w:after="40" w:line="259" w:lineRule="auto"/>
        <w:jc w:val="center"/>
        <w:rPr>
          <w:color w:val="111111"/>
          <w:sz w:val="24"/>
          <w:szCs w:val="24"/>
        </w:rPr>
      </w:pPr>
      <w:proofErr w:type="spellStart"/>
      <w:r w:rsidRPr="00E9222F">
        <w:rPr>
          <w:color w:val="111111"/>
          <w:sz w:val="24"/>
          <w:szCs w:val="24"/>
        </w:rPr>
        <w:t>Huisgemaakte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soep</w:t>
      </w:r>
      <w:proofErr w:type="spellEnd"/>
      <w:r w:rsidRPr="00E9222F">
        <w:rPr>
          <w:color w:val="111111"/>
          <w:sz w:val="24"/>
          <w:szCs w:val="24"/>
        </w:rPr>
        <w:t xml:space="preserve"> van pomodori-</w:t>
      </w:r>
      <w:proofErr w:type="spellStart"/>
      <w:r w:rsidRPr="00E9222F">
        <w:rPr>
          <w:color w:val="111111"/>
          <w:sz w:val="24"/>
          <w:szCs w:val="24"/>
        </w:rPr>
        <w:t>tomaten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balletjes</w:t>
      </w:r>
      <w:proofErr w:type="spellEnd"/>
    </w:p>
    <w:p w14:paraId="73A0DC8E" w14:textId="77777777" w:rsidR="00FF1121" w:rsidRPr="00E9222F" w:rsidRDefault="00FF1121">
      <w:pPr>
        <w:spacing w:after="40" w:line="259" w:lineRule="auto"/>
        <w:jc w:val="center"/>
        <w:rPr>
          <w:sz w:val="24"/>
          <w:szCs w:val="24"/>
        </w:rPr>
      </w:pPr>
    </w:p>
    <w:p w14:paraId="0CC7D0AD" w14:textId="77777777" w:rsidR="006E45C7" w:rsidRPr="00E9222F" w:rsidRDefault="00AF127B">
      <w:pPr>
        <w:keepNext/>
        <w:spacing w:before="20" w:after="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Heldere Wildbouillon</w:t>
      </w:r>
    </w:p>
    <w:p w14:paraId="689D3B30" w14:textId="77777777" w:rsidR="006E45C7" w:rsidRDefault="00AF127B">
      <w:pPr>
        <w:spacing w:after="40" w:line="259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Huisgemaakte wildbouillon met </w:t>
      </w:r>
      <w:proofErr w:type="spellStart"/>
      <w:r w:rsidRPr="00E9222F">
        <w:rPr>
          <w:color w:val="111111"/>
          <w:sz w:val="24"/>
          <w:szCs w:val="24"/>
        </w:rPr>
        <w:t>fijne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groenten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een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scheutje</w:t>
      </w:r>
      <w:proofErr w:type="spellEnd"/>
      <w:r w:rsidRPr="00E9222F">
        <w:rPr>
          <w:color w:val="111111"/>
          <w:sz w:val="24"/>
          <w:szCs w:val="24"/>
        </w:rPr>
        <w:t xml:space="preserve"> madeira of</w:t>
      </w:r>
    </w:p>
    <w:p w14:paraId="3D06FC60" w14:textId="77777777" w:rsidR="00FF1121" w:rsidRPr="00E9222F" w:rsidRDefault="00FF1121">
      <w:pPr>
        <w:spacing w:after="40" w:line="259" w:lineRule="auto"/>
        <w:jc w:val="center"/>
        <w:rPr>
          <w:sz w:val="24"/>
          <w:szCs w:val="24"/>
        </w:rPr>
      </w:pPr>
    </w:p>
    <w:p w14:paraId="72F47F12" w14:textId="77777777" w:rsidR="006E45C7" w:rsidRPr="00E9222F" w:rsidRDefault="00AF127B">
      <w:pPr>
        <w:keepNext/>
        <w:spacing w:before="20" w:after="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Vissoep</w:t>
      </w:r>
    </w:p>
    <w:p w14:paraId="28BBBF31" w14:textId="77777777" w:rsidR="006E45C7" w:rsidRDefault="00AF127B">
      <w:pPr>
        <w:spacing w:after="40" w:line="259" w:lineRule="auto"/>
        <w:jc w:val="center"/>
        <w:rPr>
          <w:color w:val="111111"/>
          <w:sz w:val="24"/>
          <w:szCs w:val="24"/>
        </w:rPr>
      </w:pPr>
      <w:proofErr w:type="spellStart"/>
      <w:r w:rsidRPr="00E9222F">
        <w:rPr>
          <w:color w:val="111111"/>
          <w:sz w:val="24"/>
          <w:szCs w:val="24"/>
        </w:rPr>
        <w:t>Huisgemaakte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rijk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gevulde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vissoep</w:t>
      </w:r>
      <w:proofErr w:type="spellEnd"/>
      <w:r w:rsidRPr="00E9222F">
        <w:rPr>
          <w:color w:val="111111"/>
          <w:sz w:val="24"/>
          <w:szCs w:val="24"/>
        </w:rPr>
        <w:t xml:space="preserve"> of</w:t>
      </w:r>
    </w:p>
    <w:p w14:paraId="1327010E" w14:textId="77777777" w:rsidR="00FF1121" w:rsidRPr="00E9222F" w:rsidRDefault="00FF1121">
      <w:pPr>
        <w:spacing w:after="40" w:line="259" w:lineRule="auto"/>
        <w:jc w:val="center"/>
        <w:rPr>
          <w:sz w:val="24"/>
          <w:szCs w:val="24"/>
        </w:rPr>
      </w:pPr>
    </w:p>
    <w:p w14:paraId="45A272C6" w14:textId="77777777" w:rsidR="006E45C7" w:rsidRPr="00E9222F" w:rsidRDefault="00AF127B">
      <w:pPr>
        <w:keepNext/>
        <w:spacing w:before="20" w:after="0" w:line="259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Bospaddenstoelen-truffelsoep</w:t>
      </w:r>
    </w:p>
    <w:p w14:paraId="0419E3B6" w14:textId="77777777" w:rsidR="006E45C7" w:rsidRPr="00E9222F" w:rsidRDefault="00AF127B">
      <w:pPr>
        <w:spacing w:after="40" w:line="259" w:lineRule="auto"/>
        <w:jc w:val="center"/>
        <w:rPr>
          <w:sz w:val="24"/>
          <w:szCs w:val="24"/>
        </w:rPr>
      </w:pPr>
      <w:r w:rsidRPr="00E9222F">
        <w:rPr>
          <w:color w:val="111111"/>
          <w:sz w:val="24"/>
          <w:szCs w:val="24"/>
        </w:rPr>
        <w:t>Huisgemaakte romige bospaddenstoelensoep met truffel en knoflookcroutons</w:t>
      </w:r>
    </w:p>
    <w:p w14:paraId="70415F0F" w14:textId="77777777" w:rsidR="006E45C7" w:rsidRPr="00E9222F" w:rsidRDefault="006E45C7">
      <w:pPr>
        <w:rPr>
          <w:sz w:val="24"/>
          <w:szCs w:val="24"/>
        </w:rPr>
        <w:sectPr w:rsidR="006E45C7" w:rsidRPr="00E9222F">
          <w:pgSz w:w="12240" w:h="15840"/>
          <w:pgMar w:top="482" w:right="935" w:bottom="425" w:left="935" w:header="312" w:footer="312" w:gutter="0"/>
          <w:cols w:space="720"/>
          <w:docGrid w:linePitch="360"/>
        </w:sectPr>
      </w:pPr>
    </w:p>
    <w:p w14:paraId="16E8A728" w14:textId="77777777" w:rsidR="00FF6A25" w:rsidRPr="00E9222F" w:rsidRDefault="00FF6A25">
      <w:pPr>
        <w:spacing w:before="60" w:after="0" w:line="259" w:lineRule="auto"/>
        <w:jc w:val="center"/>
        <w:rPr>
          <w:b/>
          <w:color w:val="111111"/>
          <w:sz w:val="24"/>
          <w:szCs w:val="24"/>
        </w:rPr>
      </w:pPr>
    </w:p>
    <w:p w14:paraId="766161CD" w14:textId="77777777" w:rsidR="00FF6A25" w:rsidRPr="00E9222F" w:rsidRDefault="00FF6A25">
      <w:pPr>
        <w:spacing w:before="60" w:after="0" w:line="259" w:lineRule="auto"/>
        <w:jc w:val="center"/>
        <w:rPr>
          <w:b/>
          <w:color w:val="111111"/>
          <w:sz w:val="24"/>
          <w:szCs w:val="24"/>
        </w:rPr>
      </w:pPr>
    </w:p>
    <w:p w14:paraId="10F1DF20" w14:textId="77777777" w:rsidR="006E45C7" w:rsidRPr="00EF7DA2" w:rsidRDefault="00AF127B">
      <w:pPr>
        <w:spacing w:after="10" w:line="221" w:lineRule="auto"/>
        <w:jc w:val="center"/>
        <w:rPr>
          <w:b/>
          <w:color w:val="D3B768"/>
          <w:sz w:val="24"/>
          <w:szCs w:val="24"/>
        </w:rPr>
      </w:pPr>
      <w:r w:rsidRPr="00EF7DA2">
        <w:rPr>
          <w:b/>
          <w:color w:val="D3B768"/>
          <w:sz w:val="24"/>
          <w:szCs w:val="24"/>
        </w:rPr>
        <w:t>HOOFDGERECHTEN</w:t>
      </w:r>
    </w:p>
    <w:p w14:paraId="54BD2C81" w14:textId="77777777" w:rsidR="00E9222F" w:rsidRPr="00E9222F" w:rsidRDefault="00E9222F">
      <w:pPr>
        <w:spacing w:after="10" w:line="221" w:lineRule="auto"/>
        <w:jc w:val="center"/>
        <w:rPr>
          <w:sz w:val="24"/>
          <w:szCs w:val="24"/>
        </w:rPr>
      </w:pPr>
    </w:p>
    <w:p w14:paraId="2A098699" w14:textId="77777777" w:rsidR="006E45C7" w:rsidRDefault="00AF127B">
      <w:pPr>
        <w:spacing w:after="10" w:line="221" w:lineRule="auto"/>
        <w:jc w:val="center"/>
        <w:rPr>
          <w:i/>
          <w:color w:val="111111"/>
          <w:sz w:val="24"/>
          <w:szCs w:val="24"/>
        </w:rPr>
      </w:pPr>
      <w:r w:rsidRPr="00E9222F">
        <w:rPr>
          <w:i/>
          <w:color w:val="111111"/>
          <w:sz w:val="24"/>
          <w:szCs w:val="24"/>
        </w:rPr>
        <w:t>(worden geserveerd met bijpassende garnituren)</w:t>
      </w:r>
    </w:p>
    <w:p w14:paraId="6D777EBD" w14:textId="77777777" w:rsidR="001A1DC1" w:rsidRPr="00E9222F" w:rsidRDefault="001A1DC1">
      <w:pPr>
        <w:spacing w:after="10" w:line="221" w:lineRule="auto"/>
        <w:jc w:val="center"/>
        <w:rPr>
          <w:sz w:val="24"/>
          <w:szCs w:val="24"/>
        </w:rPr>
      </w:pPr>
    </w:p>
    <w:p w14:paraId="4A7D695B" w14:textId="77777777" w:rsidR="006E45C7" w:rsidRPr="00E9222F" w:rsidRDefault="00AF127B">
      <w:pPr>
        <w:keepNext/>
        <w:spacing w:after="10" w:line="221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Ossenhaasmedaillons</w:t>
      </w:r>
    </w:p>
    <w:p w14:paraId="483FB6BA" w14:textId="77777777" w:rsidR="006E45C7" w:rsidRDefault="00AF127B">
      <w:pPr>
        <w:spacing w:after="10" w:line="221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Met brioche crouton met </w:t>
      </w:r>
      <w:proofErr w:type="spellStart"/>
      <w:r w:rsidRPr="00E9222F">
        <w:rPr>
          <w:color w:val="111111"/>
          <w:sz w:val="24"/>
          <w:szCs w:val="24"/>
        </w:rPr>
        <w:t>eendenlever</w:t>
      </w:r>
      <w:proofErr w:type="spellEnd"/>
      <w:r w:rsidRPr="00E9222F">
        <w:rPr>
          <w:color w:val="111111"/>
          <w:sz w:val="24"/>
          <w:szCs w:val="24"/>
        </w:rPr>
        <w:t xml:space="preserve"> en rode </w:t>
      </w:r>
      <w:proofErr w:type="spellStart"/>
      <w:r w:rsidRPr="00E9222F">
        <w:rPr>
          <w:color w:val="111111"/>
          <w:sz w:val="24"/>
          <w:szCs w:val="24"/>
        </w:rPr>
        <w:t>portsaus</w:t>
      </w:r>
      <w:proofErr w:type="spellEnd"/>
    </w:p>
    <w:p w14:paraId="463D9E97" w14:textId="77777777" w:rsidR="001A1DC1" w:rsidRPr="00E9222F" w:rsidRDefault="001A1DC1">
      <w:pPr>
        <w:spacing w:after="10" w:line="221" w:lineRule="auto"/>
        <w:jc w:val="center"/>
        <w:rPr>
          <w:sz w:val="24"/>
          <w:szCs w:val="24"/>
        </w:rPr>
      </w:pPr>
    </w:p>
    <w:p w14:paraId="4F51E246" w14:textId="77777777" w:rsidR="006E45C7" w:rsidRPr="00E9222F" w:rsidRDefault="00AF127B">
      <w:pPr>
        <w:keepNext/>
        <w:spacing w:after="10" w:line="221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Hertenbiefstuk</w:t>
      </w:r>
    </w:p>
    <w:p w14:paraId="13627611" w14:textId="77777777" w:rsidR="006E45C7" w:rsidRDefault="00AF127B">
      <w:pPr>
        <w:spacing w:after="10" w:line="221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Met </w:t>
      </w:r>
      <w:proofErr w:type="spellStart"/>
      <w:r w:rsidRPr="00E9222F">
        <w:rPr>
          <w:color w:val="111111"/>
          <w:sz w:val="24"/>
          <w:szCs w:val="24"/>
        </w:rPr>
        <w:t>oesterzwammensaus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vossenbessen</w:t>
      </w:r>
      <w:proofErr w:type="spellEnd"/>
    </w:p>
    <w:p w14:paraId="3FF48C6F" w14:textId="77777777" w:rsidR="001A1DC1" w:rsidRPr="00E9222F" w:rsidRDefault="001A1DC1">
      <w:pPr>
        <w:spacing w:after="10" w:line="221" w:lineRule="auto"/>
        <w:jc w:val="center"/>
        <w:rPr>
          <w:sz w:val="24"/>
          <w:szCs w:val="24"/>
        </w:rPr>
      </w:pPr>
    </w:p>
    <w:p w14:paraId="43582D76" w14:textId="77777777" w:rsidR="006E45C7" w:rsidRPr="00E9222F" w:rsidRDefault="00AF127B">
      <w:pPr>
        <w:keepNext/>
        <w:spacing w:after="10" w:line="221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Varkenshaasmedaillons</w:t>
      </w:r>
    </w:p>
    <w:p w14:paraId="28D4E60E" w14:textId="77777777" w:rsidR="006E45C7" w:rsidRDefault="00AF127B">
      <w:pPr>
        <w:spacing w:after="10" w:line="221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Met </w:t>
      </w:r>
      <w:proofErr w:type="spellStart"/>
      <w:r w:rsidRPr="00E9222F">
        <w:rPr>
          <w:color w:val="111111"/>
          <w:sz w:val="24"/>
          <w:szCs w:val="24"/>
        </w:rPr>
        <w:t>romige</w:t>
      </w:r>
      <w:proofErr w:type="spellEnd"/>
      <w:r w:rsidRPr="00E9222F">
        <w:rPr>
          <w:color w:val="111111"/>
          <w:sz w:val="24"/>
          <w:szCs w:val="24"/>
        </w:rPr>
        <w:t xml:space="preserve"> honing-</w:t>
      </w:r>
      <w:proofErr w:type="spellStart"/>
      <w:r w:rsidRPr="00E9222F">
        <w:rPr>
          <w:color w:val="111111"/>
          <w:sz w:val="24"/>
          <w:szCs w:val="24"/>
        </w:rPr>
        <w:t>mosterdsaus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macadamianoten</w:t>
      </w:r>
      <w:proofErr w:type="spellEnd"/>
    </w:p>
    <w:p w14:paraId="09D188FB" w14:textId="77777777" w:rsidR="001A1DC1" w:rsidRPr="00E9222F" w:rsidRDefault="001A1DC1">
      <w:pPr>
        <w:spacing w:after="10" w:line="221" w:lineRule="auto"/>
        <w:jc w:val="center"/>
        <w:rPr>
          <w:sz w:val="24"/>
          <w:szCs w:val="24"/>
        </w:rPr>
      </w:pPr>
    </w:p>
    <w:p w14:paraId="0A8A66EE" w14:textId="77777777" w:rsidR="006E45C7" w:rsidRPr="00E9222F" w:rsidRDefault="00AF127B">
      <w:pPr>
        <w:keepNext/>
        <w:spacing w:after="10" w:line="221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Zalmfilet</w:t>
      </w:r>
    </w:p>
    <w:p w14:paraId="7A9B62A4" w14:textId="77777777" w:rsidR="006E45C7" w:rsidRDefault="00AF127B">
      <w:pPr>
        <w:spacing w:after="10" w:line="221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Met coquilles en beurre </w:t>
      </w:r>
      <w:proofErr w:type="spellStart"/>
      <w:r w:rsidRPr="00E9222F">
        <w:rPr>
          <w:color w:val="111111"/>
          <w:sz w:val="24"/>
          <w:szCs w:val="24"/>
        </w:rPr>
        <w:t>blanc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saus</w:t>
      </w:r>
      <w:proofErr w:type="spellEnd"/>
    </w:p>
    <w:p w14:paraId="512534FE" w14:textId="77777777" w:rsidR="001A1DC1" w:rsidRPr="00E9222F" w:rsidRDefault="001A1DC1">
      <w:pPr>
        <w:spacing w:after="10" w:line="221" w:lineRule="auto"/>
        <w:jc w:val="center"/>
        <w:rPr>
          <w:sz w:val="24"/>
          <w:szCs w:val="24"/>
        </w:rPr>
      </w:pPr>
    </w:p>
    <w:p w14:paraId="362437E6" w14:textId="77777777" w:rsidR="006E45C7" w:rsidRPr="00E9222F" w:rsidRDefault="00AF127B">
      <w:pPr>
        <w:keepNext/>
        <w:spacing w:after="10" w:line="221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Zeewolffilet</w:t>
      </w:r>
    </w:p>
    <w:p w14:paraId="26813205" w14:textId="77777777" w:rsidR="006E45C7" w:rsidRDefault="00AF127B">
      <w:pPr>
        <w:spacing w:after="10" w:line="221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Met </w:t>
      </w:r>
      <w:proofErr w:type="spellStart"/>
      <w:r w:rsidRPr="00E9222F">
        <w:rPr>
          <w:color w:val="111111"/>
          <w:sz w:val="24"/>
          <w:szCs w:val="24"/>
        </w:rPr>
        <w:t>choronsaus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tomatencrumble</w:t>
      </w:r>
      <w:proofErr w:type="spellEnd"/>
    </w:p>
    <w:p w14:paraId="0419E965" w14:textId="77777777" w:rsidR="001A1DC1" w:rsidRPr="00E9222F" w:rsidRDefault="001A1DC1">
      <w:pPr>
        <w:spacing w:after="10" w:line="221" w:lineRule="auto"/>
        <w:jc w:val="center"/>
        <w:rPr>
          <w:sz w:val="24"/>
          <w:szCs w:val="24"/>
        </w:rPr>
      </w:pPr>
    </w:p>
    <w:p w14:paraId="4568BDE3" w14:textId="77777777" w:rsidR="006E45C7" w:rsidRPr="00E9222F" w:rsidRDefault="00AF127B">
      <w:pPr>
        <w:keepNext/>
        <w:spacing w:after="10" w:line="221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Parelhoen</w:t>
      </w:r>
    </w:p>
    <w:p w14:paraId="5E497FA9" w14:textId="77777777" w:rsidR="006E45C7" w:rsidRDefault="00AF127B">
      <w:pPr>
        <w:spacing w:after="10" w:line="221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Met muscat </w:t>
      </w:r>
      <w:proofErr w:type="spellStart"/>
      <w:r w:rsidRPr="00E9222F">
        <w:rPr>
          <w:color w:val="111111"/>
          <w:sz w:val="24"/>
          <w:szCs w:val="24"/>
        </w:rPr>
        <w:t>druiven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sinaasappelsaus</w:t>
      </w:r>
      <w:proofErr w:type="spellEnd"/>
    </w:p>
    <w:p w14:paraId="441AABC5" w14:textId="77777777" w:rsidR="001A1DC1" w:rsidRPr="00E9222F" w:rsidRDefault="001A1DC1">
      <w:pPr>
        <w:spacing w:after="10" w:line="221" w:lineRule="auto"/>
        <w:jc w:val="center"/>
        <w:rPr>
          <w:sz w:val="24"/>
          <w:szCs w:val="24"/>
        </w:rPr>
      </w:pPr>
    </w:p>
    <w:p w14:paraId="44B35A33" w14:textId="77777777" w:rsidR="006E45C7" w:rsidRPr="00E9222F" w:rsidRDefault="00AF127B">
      <w:pPr>
        <w:keepNext/>
        <w:spacing w:after="10" w:line="221" w:lineRule="auto"/>
        <w:jc w:val="center"/>
        <w:rPr>
          <w:sz w:val="24"/>
          <w:szCs w:val="24"/>
        </w:rPr>
      </w:pPr>
      <w:r w:rsidRPr="00E9222F">
        <w:rPr>
          <w:b/>
          <w:color w:val="111111"/>
          <w:sz w:val="24"/>
          <w:szCs w:val="24"/>
        </w:rPr>
        <w:t>Fusilli</w:t>
      </w:r>
    </w:p>
    <w:p w14:paraId="2F982E45" w14:textId="77777777" w:rsidR="006E45C7" w:rsidRDefault="00AF127B">
      <w:pPr>
        <w:spacing w:after="10" w:line="221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Met </w:t>
      </w:r>
      <w:proofErr w:type="spellStart"/>
      <w:r w:rsidRPr="00E9222F">
        <w:rPr>
          <w:color w:val="111111"/>
          <w:sz w:val="24"/>
          <w:szCs w:val="24"/>
        </w:rPr>
        <w:t>geraspte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cheddarkaas</w:t>
      </w:r>
      <w:proofErr w:type="spellEnd"/>
      <w:r w:rsidRPr="00E9222F">
        <w:rPr>
          <w:color w:val="111111"/>
          <w:sz w:val="24"/>
          <w:szCs w:val="24"/>
        </w:rPr>
        <w:t xml:space="preserve">, </w:t>
      </w:r>
      <w:proofErr w:type="spellStart"/>
      <w:r w:rsidRPr="00E9222F">
        <w:rPr>
          <w:color w:val="111111"/>
          <w:sz w:val="24"/>
          <w:szCs w:val="24"/>
        </w:rPr>
        <w:t>gele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cantharellen</w:t>
      </w:r>
      <w:proofErr w:type="spellEnd"/>
      <w:r w:rsidRPr="00E9222F">
        <w:rPr>
          <w:color w:val="111111"/>
          <w:sz w:val="24"/>
          <w:szCs w:val="24"/>
        </w:rPr>
        <w:t xml:space="preserve">, </w:t>
      </w:r>
      <w:proofErr w:type="spellStart"/>
      <w:r w:rsidRPr="00E9222F">
        <w:rPr>
          <w:color w:val="111111"/>
          <w:sz w:val="24"/>
          <w:szCs w:val="24"/>
        </w:rPr>
        <w:t>bosui</w:t>
      </w:r>
      <w:proofErr w:type="spellEnd"/>
      <w:r w:rsidRPr="00E9222F">
        <w:rPr>
          <w:color w:val="111111"/>
          <w:sz w:val="24"/>
          <w:szCs w:val="24"/>
        </w:rPr>
        <w:t xml:space="preserve"> en </w:t>
      </w:r>
      <w:proofErr w:type="spellStart"/>
      <w:r w:rsidRPr="00E9222F">
        <w:rPr>
          <w:color w:val="111111"/>
          <w:sz w:val="24"/>
          <w:szCs w:val="24"/>
        </w:rPr>
        <w:t>pijnboompitten</w:t>
      </w:r>
      <w:proofErr w:type="spellEnd"/>
    </w:p>
    <w:p w14:paraId="07B6184C" w14:textId="77777777" w:rsidR="00DE56D3" w:rsidRPr="00E9222F" w:rsidRDefault="00DE56D3">
      <w:pPr>
        <w:spacing w:after="10" w:line="221" w:lineRule="auto"/>
        <w:jc w:val="center"/>
        <w:rPr>
          <w:sz w:val="24"/>
          <w:szCs w:val="24"/>
        </w:rPr>
      </w:pPr>
    </w:p>
    <w:p w14:paraId="3ADA2D21" w14:textId="77777777" w:rsidR="008546F2" w:rsidRDefault="008546F2">
      <w:pPr>
        <w:spacing w:after="10" w:line="221" w:lineRule="auto"/>
        <w:jc w:val="center"/>
        <w:rPr>
          <w:b/>
          <w:color w:val="111111"/>
          <w:sz w:val="24"/>
          <w:szCs w:val="24"/>
        </w:rPr>
      </w:pPr>
    </w:p>
    <w:p w14:paraId="71541EC9" w14:textId="77777777" w:rsidR="008546F2" w:rsidRDefault="008546F2">
      <w:pPr>
        <w:spacing w:after="10" w:line="221" w:lineRule="auto"/>
        <w:jc w:val="center"/>
        <w:rPr>
          <w:b/>
          <w:color w:val="111111"/>
          <w:sz w:val="24"/>
          <w:szCs w:val="24"/>
        </w:rPr>
      </w:pPr>
    </w:p>
    <w:p w14:paraId="7C33DB70" w14:textId="5F022BB8" w:rsidR="006E45C7" w:rsidRPr="008546F2" w:rsidRDefault="00AF127B">
      <w:pPr>
        <w:spacing w:after="10" w:line="221" w:lineRule="auto"/>
        <w:jc w:val="center"/>
        <w:rPr>
          <w:color w:val="D3B768"/>
          <w:sz w:val="24"/>
          <w:szCs w:val="24"/>
        </w:rPr>
      </w:pPr>
      <w:r w:rsidRPr="008546F2">
        <w:rPr>
          <w:b/>
          <w:color w:val="D3B768"/>
          <w:sz w:val="24"/>
          <w:szCs w:val="24"/>
        </w:rPr>
        <w:t>GRAND DESSERT</w:t>
      </w:r>
    </w:p>
    <w:p w14:paraId="6C7657BD" w14:textId="77777777" w:rsidR="006E45C7" w:rsidRDefault="00AF127B">
      <w:pPr>
        <w:spacing w:after="10" w:line="221" w:lineRule="auto"/>
        <w:jc w:val="center"/>
        <w:rPr>
          <w:color w:val="111111"/>
          <w:sz w:val="24"/>
          <w:szCs w:val="24"/>
        </w:rPr>
      </w:pPr>
      <w:r w:rsidRPr="00E9222F">
        <w:rPr>
          <w:color w:val="111111"/>
          <w:sz w:val="24"/>
          <w:szCs w:val="24"/>
        </w:rPr>
        <w:t xml:space="preserve">Een </w:t>
      </w:r>
      <w:proofErr w:type="spellStart"/>
      <w:r w:rsidRPr="00E9222F">
        <w:rPr>
          <w:color w:val="111111"/>
          <w:sz w:val="24"/>
          <w:szCs w:val="24"/>
        </w:rPr>
        <w:t>heerlijk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samengesteld</w:t>
      </w:r>
      <w:proofErr w:type="spellEnd"/>
      <w:r w:rsidRPr="00E9222F">
        <w:rPr>
          <w:color w:val="111111"/>
          <w:sz w:val="24"/>
          <w:szCs w:val="24"/>
        </w:rPr>
        <w:t xml:space="preserve"> </w:t>
      </w:r>
      <w:proofErr w:type="spellStart"/>
      <w:r w:rsidRPr="00E9222F">
        <w:rPr>
          <w:color w:val="111111"/>
          <w:sz w:val="24"/>
          <w:szCs w:val="24"/>
        </w:rPr>
        <w:t>kerstdessert</w:t>
      </w:r>
      <w:proofErr w:type="spellEnd"/>
    </w:p>
    <w:p w14:paraId="1A0D4070" w14:textId="77777777" w:rsidR="00B62AC2" w:rsidRDefault="00B62AC2">
      <w:pPr>
        <w:spacing w:after="10" w:line="221" w:lineRule="auto"/>
        <w:jc w:val="center"/>
        <w:rPr>
          <w:color w:val="111111"/>
          <w:sz w:val="24"/>
          <w:szCs w:val="24"/>
        </w:rPr>
      </w:pPr>
    </w:p>
    <w:p w14:paraId="195C42B8" w14:textId="77777777" w:rsidR="000F5E2A" w:rsidRPr="00E9222F" w:rsidRDefault="000F5E2A">
      <w:pPr>
        <w:spacing w:after="10" w:line="221" w:lineRule="auto"/>
        <w:jc w:val="center"/>
        <w:rPr>
          <w:color w:val="111111"/>
          <w:sz w:val="24"/>
          <w:szCs w:val="24"/>
        </w:rPr>
      </w:pPr>
    </w:p>
    <w:p w14:paraId="1310D7D6" w14:textId="77777777" w:rsidR="00FF6A25" w:rsidRPr="00E9222F" w:rsidRDefault="00FF6A25">
      <w:pPr>
        <w:spacing w:after="10" w:line="221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70"/>
      </w:tblGrid>
      <w:tr w:rsidR="006E45C7" w:rsidRPr="00E9222F" w14:paraId="71C3BC68" w14:textId="77777777">
        <w:trPr>
          <w:jc w:val="center"/>
        </w:trPr>
        <w:tc>
          <w:tcPr>
            <w:tcW w:w="7370" w:type="dxa"/>
            <w:shd w:val="clear" w:color="auto" w:fill="CFA67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4EF0F" w14:textId="77777777" w:rsidR="006E45C7" w:rsidRPr="00E9222F" w:rsidRDefault="006E45C7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362BF5E" w14:textId="77777777" w:rsidR="00E9222F" w:rsidRDefault="00E9222F">
      <w:pPr>
        <w:spacing w:after="10" w:line="221" w:lineRule="auto"/>
        <w:jc w:val="center"/>
        <w:rPr>
          <w:b/>
          <w:color w:val="FF0000"/>
          <w:sz w:val="24"/>
          <w:szCs w:val="24"/>
        </w:rPr>
      </w:pPr>
    </w:p>
    <w:p w14:paraId="65B2920D" w14:textId="77777777" w:rsidR="00E9222F" w:rsidRDefault="00E9222F">
      <w:pPr>
        <w:spacing w:after="10" w:line="221" w:lineRule="auto"/>
        <w:jc w:val="center"/>
        <w:rPr>
          <w:b/>
          <w:color w:val="FF0000"/>
          <w:sz w:val="24"/>
          <w:szCs w:val="24"/>
        </w:rPr>
      </w:pPr>
    </w:p>
    <w:p w14:paraId="7D1FD731" w14:textId="5E545E4D" w:rsidR="006E45C7" w:rsidRPr="00E9222F" w:rsidRDefault="00AF127B">
      <w:pPr>
        <w:spacing w:after="10" w:line="221" w:lineRule="auto"/>
        <w:jc w:val="center"/>
        <w:rPr>
          <w:sz w:val="24"/>
          <w:szCs w:val="24"/>
        </w:rPr>
      </w:pPr>
      <w:r w:rsidRPr="00E9222F">
        <w:rPr>
          <w:b/>
          <w:color w:val="FF0000"/>
          <w:sz w:val="24"/>
          <w:szCs w:val="24"/>
        </w:rPr>
        <w:t>4-GANGEN KINDERMENU KERST (€22,50 p.p.)</w:t>
      </w:r>
    </w:p>
    <w:p w14:paraId="498F64EB" w14:textId="77777777" w:rsidR="006E45C7" w:rsidRPr="00E9222F" w:rsidRDefault="00AF127B">
      <w:pPr>
        <w:spacing w:after="10" w:line="221" w:lineRule="auto"/>
        <w:jc w:val="center"/>
        <w:rPr>
          <w:sz w:val="24"/>
          <w:szCs w:val="24"/>
        </w:rPr>
      </w:pPr>
      <w:r w:rsidRPr="00E9222F">
        <w:rPr>
          <w:color w:val="FF0000"/>
          <w:sz w:val="24"/>
          <w:szCs w:val="24"/>
        </w:rPr>
        <w:t>Kipcocktail of Zalmcocktail</w:t>
      </w:r>
    </w:p>
    <w:p w14:paraId="1D1F576D" w14:textId="77777777" w:rsidR="006E45C7" w:rsidRPr="00E9222F" w:rsidRDefault="00AF127B">
      <w:pPr>
        <w:spacing w:after="10" w:line="221" w:lineRule="auto"/>
        <w:jc w:val="center"/>
        <w:rPr>
          <w:sz w:val="24"/>
          <w:szCs w:val="24"/>
        </w:rPr>
      </w:pPr>
      <w:r w:rsidRPr="00E9222F">
        <w:rPr>
          <w:color w:val="FF0000"/>
          <w:sz w:val="24"/>
          <w:szCs w:val="24"/>
        </w:rPr>
        <w:t>Tomatensoep met balletjes</w:t>
      </w:r>
    </w:p>
    <w:p w14:paraId="5669B215" w14:textId="77777777" w:rsidR="006E45C7" w:rsidRPr="00E9222F" w:rsidRDefault="00AF127B">
      <w:pPr>
        <w:spacing w:after="10" w:line="221" w:lineRule="auto"/>
        <w:jc w:val="center"/>
        <w:rPr>
          <w:sz w:val="24"/>
          <w:szCs w:val="24"/>
        </w:rPr>
      </w:pPr>
      <w:r w:rsidRPr="00E9222F">
        <w:rPr>
          <w:color w:val="FF0000"/>
          <w:sz w:val="24"/>
          <w:szCs w:val="24"/>
        </w:rPr>
        <w:t>Kipfilet, schnitzel of zalmfilet met roomsaus</w:t>
      </w:r>
    </w:p>
    <w:p w14:paraId="2FE1C664" w14:textId="77777777" w:rsidR="006E45C7" w:rsidRPr="00E9222F" w:rsidRDefault="00AF127B">
      <w:pPr>
        <w:spacing w:after="10" w:line="221" w:lineRule="auto"/>
        <w:jc w:val="center"/>
        <w:rPr>
          <w:color w:val="FF0000"/>
          <w:sz w:val="24"/>
          <w:szCs w:val="24"/>
        </w:rPr>
      </w:pPr>
      <w:proofErr w:type="spellStart"/>
      <w:r w:rsidRPr="00E9222F">
        <w:rPr>
          <w:color w:val="FF0000"/>
          <w:sz w:val="24"/>
          <w:szCs w:val="24"/>
        </w:rPr>
        <w:t>Verrassingsdessert</w:t>
      </w:r>
      <w:proofErr w:type="spellEnd"/>
    </w:p>
    <w:p w14:paraId="0384C05A" w14:textId="77777777" w:rsidR="00FF6A25" w:rsidRPr="00E9222F" w:rsidRDefault="00FF6A25">
      <w:pPr>
        <w:spacing w:after="10" w:line="221" w:lineRule="auto"/>
        <w:jc w:val="center"/>
        <w:rPr>
          <w:color w:val="FF0000"/>
          <w:sz w:val="24"/>
          <w:szCs w:val="24"/>
        </w:rPr>
      </w:pPr>
    </w:p>
    <w:p w14:paraId="16D3DDE4" w14:textId="77777777" w:rsidR="00FF6A25" w:rsidRPr="00E9222F" w:rsidRDefault="00FF6A25">
      <w:pPr>
        <w:spacing w:after="10" w:line="221" w:lineRule="auto"/>
        <w:jc w:val="center"/>
        <w:rPr>
          <w:sz w:val="24"/>
          <w:szCs w:val="24"/>
        </w:rPr>
      </w:pPr>
    </w:p>
    <w:p w14:paraId="0F79105D" w14:textId="77777777" w:rsidR="006E45C7" w:rsidRPr="00E9222F" w:rsidRDefault="006E45C7">
      <w:pPr>
        <w:spacing w:after="10" w:line="221" w:lineRule="auto"/>
        <w:rPr>
          <w:sz w:val="24"/>
          <w:szCs w:val="24"/>
        </w:rPr>
        <w:sectPr w:rsidR="006E45C7" w:rsidRPr="00E9222F">
          <w:pgSz w:w="12240" w:h="15840"/>
          <w:pgMar w:top="482" w:right="935" w:bottom="425" w:left="935" w:header="312" w:footer="312" w:gutter="0"/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4A6B17" w:rsidRPr="00E9222F" w14:paraId="051919EE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CA149E" w14:textId="77777777" w:rsidR="00DC16A2" w:rsidRPr="00FF7A2C" w:rsidRDefault="00DC16A2" w:rsidP="00215CB4">
            <w:pPr>
              <w:spacing w:after="10" w:line="221" w:lineRule="auto"/>
              <w:jc w:val="center"/>
              <w:rPr>
                <w:color w:val="D3B768"/>
                <w:sz w:val="24"/>
                <w:szCs w:val="24"/>
              </w:rPr>
            </w:pPr>
            <w:r w:rsidRPr="00FF7A2C">
              <w:rPr>
                <w:b/>
                <w:color w:val="D3B768"/>
                <w:sz w:val="24"/>
                <w:szCs w:val="24"/>
              </w:rPr>
              <w:lastRenderedPageBreak/>
              <w:t>RESERVERINGSFORMULIER KERST 2026</w:t>
            </w:r>
          </w:p>
          <w:p w14:paraId="763A4731" w14:textId="77777777" w:rsidR="00DC16A2" w:rsidRDefault="00DC16A2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  <w:p w14:paraId="0387EB22" w14:textId="3143199C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  <w:r w:rsidRPr="004A6B17">
              <w:rPr>
                <w:b/>
                <w:color w:val="111111"/>
                <w:sz w:val="20"/>
                <w:szCs w:val="20"/>
              </w:rPr>
              <w:t>NAAM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0541793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</w:tc>
      </w:tr>
      <w:tr w:rsidR="004A6B17" w:rsidRPr="00E9222F" w14:paraId="4F4E5BF2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04636E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  <w:r w:rsidRPr="004A6B17">
              <w:rPr>
                <w:b/>
                <w:color w:val="111111"/>
                <w:sz w:val="20"/>
                <w:szCs w:val="20"/>
              </w:rPr>
              <w:t>TELEFOONNUMMER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6672DA1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</w:tc>
      </w:tr>
      <w:tr w:rsidR="004A6B17" w:rsidRPr="00E9222F" w14:paraId="2D52838F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C2A2052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  <w:r w:rsidRPr="004A6B17">
              <w:rPr>
                <w:b/>
                <w:color w:val="111111"/>
                <w:sz w:val="20"/>
                <w:szCs w:val="20"/>
              </w:rPr>
              <w:t>E-MAILADRES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268F41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</w:tc>
      </w:tr>
      <w:tr w:rsidR="004A6B17" w:rsidRPr="00E9222F" w14:paraId="1323BD37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8DE1B6" w14:textId="52EC71A2" w:rsidR="004A6B17" w:rsidRPr="00923DDF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  <w:lang w:val="nl-NL"/>
              </w:rPr>
            </w:pPr>
            <w:r w:rsidRPr="004A6B17">
              <w:rPr>
                <w:b/>
                <w:color w:val="111111"/>
                <w:sz w:val="20"/>
                <w:szCs w:val="20"/>
              </w:rPr>
              <w:t>DATUM</w:t>
            </w:r>
            <w:r w:rsidR="00D34456">
              <w:rPr>
                <w:b/>
                <w:color w:val="111111"/>
                <w:sz w:val="20"/>
                <w:szCs w:val="20"/>
              </w:rPr>
              <w:t xml:space="preserve"> </w:t>
            </w:r>
            <w:r w:rsidR="00923DDF">
              <w:rPr>
                <w:b/>
                <w:color w:val="111111"/>
                <w:sz w:val="20"/>
                <w:szCs w:val="20"/>
                <w:lang w:val="nl-NL"/>
              </w:rPr>
              <w:t>(24/25</w:t>
            </w:r>
            <w:r w:rsidR="00F2372F">
              <w:rPr>
                <w:b/>
                <w:color w:val="111111"/>
                <w:sz w:val="20"/>
                <w:szCs w:val="20"/>
                <w:lang w:val="nl-NL"/>
              </w:rPr>
              <w:t>/26 of 27 December )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B18D803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</w:tc>
      </w:tr>
      <w:tr w:rsidR="004A6B17" w:rsidRPr="00E9222F" w14:paraId="4C2FBF5D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1E9D74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  <w:r w:rsidRPr="004A6B17">
              <w:rPr>
                <w:b/>
                <w:color w:val="111111"/>
                <w:sz w:val="20"/>
                <w:szCs w:val="20"/>
              </w:rPr>
              <w:t>AANTAL VOLWASSENEN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A8B4700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</w:tc>
      </w:tr>
      <w:tr w:rsidR="004A6B17" w:rsidRPr="00E9222F" w14:paraId="7AE5BD77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CD3012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  <w:r w:rsidRPr="004A6B17">
              <w:rPr>
                <w:b/>
                <w:color w:val="111111"/>
                <w:sz w:val="20"/>
                <w:szCs w:val="20"/>
              </w:rPr>
              <w:t>AANTAL KINDEREN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BA01DA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</w:tc>
      </w:tr>
      <w:tr w:rsidR="004A6B17" w:rsidRPr="00E9222F" w14:paraId="46EE76E9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A2840D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  <w:r w:rsidRPr="004A6B17">
              <w:rPr>
                <w:b/>
                <w:color w:val="111111"/>
                <w:sz w:val="20"/>
                <w:szCs w:val="20"/>
              </w:rPr>
              <w:t>TIJD VAN AANVANG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B0DBD6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</w:tc>
      </w:tr>
      <w:tr w:rsidR="004A6B17" w:rsidRPr="00E9222F" w14:paraId="6BCDAE93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5549E23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  <w:r w:rsidRPr="004A6B17">
              <w:rPr>
                <w:b/>
                <w:color w:val="111111"/>
                <w:sz w:val="20"/>
                <w:szCs w:val="20"/>
              </w:rPr>
              <w:t>BIJZONDERHEDEN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A438838" w14:textId="77777777" w:rsidR="004A6B17" w:rsidRPr="004A6B17" w:rsidRDefault="004A6B17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</w:tc>
      </w:tr>
      <w:tr w:rsidR="006E45C7" w:rsidRPr="004A6B17" w14:paraId="37D34EEA" w14:textId="77777777" w:rsidTr="00DF7745">
        <w:trPr>
          <w:jc w:val="center"/>
        </w:trPr>
        <w:tc>
          <w:tcPr>
            <w:tcW w:w="51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7667FE" w14:textId="77777777" w:rsidR="003B3B4A" w:rsidRPr="004A6B17" w:rsidRDefault="003B3B4A" w:rsidP="000F5E2A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  <w:p w14:paraId="49BC4B5A" w14:textId="77777777" w:rsidR="003B3B4A" w:rsidRPr="004A6B17" w:rsidRDefault="003B3B4A">
            <w:pPr>
              <w:spacing w:after="0"/>
              <w:jc w:val="center"/>
              <w:rPr>
                <w:b/>
                <w:color w:val="111111"/>
                <w:sz w:val="20"/>
                <w:szCs w:val="20"/>
              </w:rPr>
            </w:pPr>
          </w:p>
          <w:p w14:paraId="3B1AF6AF" w14:textId="4D802FF3" w:rsidR="006E45C7" w:rsidRPr="00FF7A2C" w:rsidRDefault="00AF127B">
            <w:pPr>
              <w:spacing w:after="0"/>
              <w:jc w:val="center"/>
              <w:rPr>
                <w:color w:val="D3B768"/>
                <w:sz w:val="20"/>
                <w:szCs w:val="20"/>
              </w:rPr>
            </w:pPr>
            <w:r w:rsidRPr="00FF7A2C">
              <w:rPr>
                <w:b/>
                <w:color w:val="D3B768"/>
                <w:sz w:val="20"/>
                <w:szCs w:val="20"/>
              </w:rPr>
              <w:t>VOORGERECHTEN</w:t>
            </w:r>
          </w:p>
          <w:tbl>
            <w:tblPr>
              <w:tblW w:w="5184" w:type="dxa"/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2592"/>
            </w:tblGrid>
            <w:tr w:rsidR="006E45C7" w:rsidRPr="004A6B17" w14:paraId="12E1FE10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147661AE" w14:textId="77777777" w:rsidR="006E45C7" w:rsidRPr="004A6B17" w:rsidRDefault="00AF127B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4A6B17">
                    <w:rPr>
                      <w:b/>
                      <w:color w:val="111111"/>
                      <w:sz w:val="20"/>
                      <w:szCs w:val="20"/>
                    </w:rPr>
                    <w:t>KEUZE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1C8E1C57" w14:textId="77777777" w:rsidR="006E45C7" w:rsidRPr="004A6B17" w:rsidRDefault="00AF127B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4A6B17">
                    <w:rPr>
                      <w:b/>
                      <w:color w:val="111111"/>
                      <w:sz w:val="20"/>
                      <w:szCs w:val="20"/>
                    </w:rPr>
                    <w:t>AANTAL</w:t>
                  </w:r>
                </w:p>
              </w:tc>
            </w:tr>
            <w:tr w:rsidR="006E45C7" w:rsidRPr="004A6B17" w14:paraId="6675E9C9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2DC7818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RUNDERCARPACCIO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5EF7E0BF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425002FA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5496B22A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EENDENBORST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343DCF8C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14827D53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128F17DA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BONBON VAN KIP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1692B04F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05C8EF13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6D0E9C96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DUO SCAMPI’S EN GARNALEN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649A129D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39EA5D55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8885DCF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ZALMTERRINE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728380A0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6E3200EB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6F0B4C3C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BURRATA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1F788925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4B011ED2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F5A2538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FF0000"/>
                      <w:sz w:val="20"/>
                      <w:szCs w:val="20"/>
                    </w:rPr>
                    <w:t>KIPCOCKTAIL KIND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105293EA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30FF02C1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5083B94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FF0000"/>
                      <w:sz w:val="20"/>
                      <w:szCs w:val="20"/>
                    </w:rPr>
                    <w:t>ZALMCOCKTAIL KIND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27E255B7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68261B9C" w14:textId="77777777" w:rsidTr="00EC73D4">
              <w:trPr>
                <w:trHeight w:val="317"/>
              </w:trPr>
              <w:tc>
                <w:tcPr>
                  <w:tcW w:w="5184" w:type="dxa"/>
                  <w:gridSpan w:val="2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42198592" w14:textId="77777777" w:rsidR="006E45C7" w:rsidRPr="00231A37" w:rsidRDefault="00AF127B">
                  <w:pPr>
                    <w:spacing w:after="0"/>
                    <w:rPr>
                      <w:sz w:val="16"/>
                      <w:szCs w:val="16"/>
                    </w:rPr>
                  </w:pPr>
                  <w:r w:rsidRPr="00231A37">
                    <w:rPr>
                      <w:b/>
                      <w:color w:val="111111"/>
                      <w:sz w:val="16"/>
                      <w:szCs w:val="16"/>
                    </w:rPr>
                    <w:t>BIJZONDERHEDEN</w:t>
                  </w:r>
                </w:p>
              </w:tc>
            </w:tr>
          </w:tbl>
          <w:p w14:paraId="18FE2D41" w14:textId="77777777" w:rsidR="006E45C7" w:rsidRPr="004A6B17" w:rsidRDefault="006E45C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392898" w14:textId="77777777" w:rsidR="003B3B4A" w:rsidRPr="004A6B17" w:rsidRDefault="003B3B4A" w:rsidP="004A6B17">
            <w:pPr>
              <w:spacing w:after="0"/>
              <w:rPr>
                <w:b/>
                <w:color w:val="111111"/>
                <w:sz w:val="20"/>
                <w:szCs w:val="20"/>
              </w:rPr>
            </w:pPr>
          </w:p>
          <w:p w14:paraId="4C406B42" w14:textId="77777777" w:rsidR="003B3B4A" w:rsidRPr="004A6B17" w:rsidRDefault="003B3B4A">
            <w:pPr>
              <w:spacing w:after="0"/>
              <w:jc w:val="center"/>
              <w:rPr>
                <w:b/>
                <w:color w:val="111111"/>
                <w:sz w:val="20"/>
                <w:szCs w:val="20"/>
              </w:rPr>
            </w:pPr>
          </w:p>
          <w:p w14:paraId="6A1ADA92" w14:textId="1AD72F5B" w:rsidR="006E45C7" w:rsidRPr="00FF7A2C" w:rsidRDefault="00AF127B">
            <w:pPr>
              <w:spacing w:after="0"/>
              <w:jc w:val="center"/>
              <w:rPr>
                <w:color w:val="D3B768"/>
                <w:sz w:val="20"/>
                <w:szCs w:val="20"/>
              </w:rPr>
            </w:pPr>
            <w:r w:rsidRPr="00FF7A2C">
              <w:rPr>
                <w:b/>
                <w:color w:val="D3B768"/>
                <w:sz w:val="20"/>
                <w:szCs w:val="20"/>
              </w:rPr>
              <w:t>SOEPEN</w:t>
            </w:r>
          </w:p>
          <w:tbl>
            <w:tblPr>
              <w:tblW w:w="5184" w:type="dxa"/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2592"/>
            </w:tblGrid>
            <w:tr w:rsidR="006E45C7" w:rsidRPr="004A6B17" w14:paraId="511F12A8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23400994" w14:textId="77777777" w:rsidR="006E45C7" w:rsidRPr="004A6B17" w:rsidRDefault="00AF127B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4A6B17">
                    <w:rPr>
                      <w:b/>
                      <w:color w:val="111111"/>
                      <w:sz w:val="20"/>
                      <w:szCs w:val="20"/>
                    </w:rPr>
                    <w:t>KEUZE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6ABC33E0" w14:textId="77777777" w:rsidR="006E45C7" w:rsidRPr="004A6B17" w:rsidRDefault="00AF127B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4A6B17">
                    <w:rPr>
                      <w:b/>
                      <w:color w:val="111111"/>
                      <w:sz w:val="20"/>
                      <w:szCs w:val="20"/>
                    </w:rPr>
                    <w:t>AANTAL</w:t>
                  </w:r>
                </w:p>
              </w:tc>
            </w:tr>
            <w:tr w:rsidR="006E45C7" w:rsidRPr="004A6B17" w14:paraId="646B9678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301BA1A8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TOMATENSOEP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2F156FB7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15516280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E787561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WILDBOUILLON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3E3BC069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216D1B63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6E3C809E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VISSOEP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221F2F7A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1D1687BA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D098E0C" w14:textId="77777777" w:rsidR="00231A37" w:rsidRDefault="00AF127B">
                  <w:pPr>
                    <w:spacing w:after="0"/>
                    <w:rPr>
                      <w:color w:val="111111"/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BOSPADDENSTOELEN</w:t>
                  </w:r>
                </w:p>
                <w:p w14:paraId="71C0640D" w14:textId="61441C96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SOEP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7CCB44AC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02AC0E37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461AD2F" w14:textId="77777777" w:rsidR="006E45C7" w:rsidRPr="004A6B17" w:rsidRDefault="00AF127B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FF0000"/>
                      <w:sz w:val="20"/>
                      <w:szCs w:val="20"/>
                    </w:rPr>
                    <w:t>TOMATENSOEP KIND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323DA9E9" w14:textId="77777777" w:rsidR="006E45C7" w:rsidRPr="004A6B17" w:rsidRDefault="006E45C7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6E45C7" w:rsidRPr="004A6B17" w14:paraId="1D071B09" w14:textId="77777777" w:rsidTr="00EC73D4">
              <w:trPr>
                <w:trHeight w:val="317"/>
              </w:trPr>
              <w:tc>
                <w:tcPr>
                  <w:tcW w:w="5184" w:type="dxa"/>
                  <w:gridSpan w:val="2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1DA9FACC" w14:textId="77777777" w:rsidR="006E45C7" w:rsidRPr="00231A37" w:rsidRDefault="00AF127B">
                  <w:pPr>
                    <w:spacing w:after="0"/>
                    <w:rPr>
                      <w:sz w:val="16"/>
                      <w:szCs w:val="16"/>
                    </w:rPr>
                  </w:pPr>
                  <w:r w:rsidRPr="00231A37">
                    <w:rPr>
                      <w:b/>
                      <w:color w:val="111111"/>
                      <w:sz w:val="16"/>
                      <w:szCs w:val="16"/>
                    </w:rPr>
                    <w:t>BIJZONDERHEDEN</w:t>
                  </w:r>
                </w:p>
              </w:tc>
            </w:tr>
          </w:tbl>
          <w:p w14:paraId="34A4F838" w14:textId="77777777" w:rsidR="006E45C7" w:rsidRPr="004A6B17" w:rsidRDefault="006E45C7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6818CC7" w14:textId="77777777" w:rsidR="00090255" w:rsidRPr="004A6B17" w:rsidRDefault="00090255" w:rsidP="00DC16A2">
      <w:pPr>
        <w:spacing w:after="140" w:line="259" w:lineRule="auto"/>
        <w:rPr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F6A25" w:rsidRPr="004A6B17" w14:paraId="28F30879" w14:textId="77777777" w:rsidTr="0023185C">
        <w:trPr>
          <w:jc w:val="center"/>
        </w:trPr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DC11EE" w14:textId="77777777" w:rsidR="003B3B4A" w:rsidRPr="004A6B17" w:rsidRDefault="003B3B4A" w:rsidP="0023185C">
            <w:pPr>
              <w:spacing w:after="0"/>
              <w:jc w:val="center"/>
              <w:rPr>
                <w:b/>
                <w:color w:val="111111"/>
                <w:sz w:val="20"/>
                <w:szCs w:val="20"/>
              </w:rPr>
            </w:pPr>
          </w:p>
          <w:p w14:paraId="3173F009" w14:textId="77777777" w:rsidR="003B3B4A" w:rsidRPr="004A6B17" w:rsidRDefault="003B3B4A" w:rsidP="0023185C">
            <w:pPr>
              <w:spacing w:after="0"/>
              <w:jc w:val="center"/>
              <w:rPr>
                <w:b/>
                <w:color w:val="111111"/>
                <w:sz w:val="20"/>
                <w:szCs w:val="20"/>
              </w:rPr>
            </w:pPr>
          </w:p>
          <w:p w14:paraId="20C6CB62" w14:textId="59A887F0" w:rsidR="00FF6A25" w:rsidRPr="00FF7A2C" w:rsidRDefault="00FF6A25" w:rsidP="0023185C">
            <w:pPr>
              <w:spacing w:after="0"/>
              <w:jc w:val="center"/>
              <w:rPr>
                <w:color w:val="D3B768"/>
                <w:sz w:val="20"/>
                <w:szCs w:val="20"/>
              </w:rPr>
            </w:pPr>
            <w:r w:rsidRPr="00FF7A2C">
              <w:rPr>
                <w:b/>
                <w:color w:val="D3B768"/>
                <w:sz w:val="20"/>
                <w:szCs w:val="20"/>
              </w:rPr>
              <w:t>HOOFDGERECHTEN</w:t>
            </w:r>
          </w:p>
          <w:tbl>
            <w:tblPr>
              <w:tblW w:w="5184" w:type="dxa"/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2592"/>
            </w:tblGrid>
            <w:tr w:rsidR="00FF6A25" w:rsidRPr="004A6B17" w14:paraId="537FE897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05753EDB" w14:textId="77777777" w:rsidR="00FF6A25" w:rsidRPr="004A6B17" w:rsidRDefault="00FF6A25" w:rsidP="0023185C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4A6B17">
                    <w:rPr>
                      <w:b/>
                      <w:color w:val="111111"/>
                      <w:sz w:val="20"/>
                      <w:szCs w:val="20"/>
                    </w:rPr>
                    <w:t>KEUZE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7DF8F946" w14:textId="77777777" w:rsidR="00FF6A25" w:rsidRPr="004A6B17" w:rsidRDefault="00FF6A25" w:rsidP="0023185C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4A6B17">
                    <w:rPr>
                      <w:b/>
                      <w:color w:val="111111"/>
                      <w:sz w:val="20"/>
                      <w:szCs w:val="20"/>
                    </w:rPr>
                    <w:t>AANTAL</w:t>
                  </w:r>
                </w:p>
              </w:tc>
            </w:tr>
            <w:tr w:rsidR="00FF6A25" w:rsidRPr="004A6B17" w14:paraId="3515F77C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755BA2DC" w14:textId="77777777" w:rsidR="00997ABB" w:rsidRPr="004A6B17" w:rsidRDefault="00FF6A25" w:rsidP="0023185C">
                  <w:pPr>
                    <w:spacing w:after="0"/>
                    <w:rPr>
                      <w:color w:val="111111"/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OSSENHAAS</w:t>
                  </w:r>
                </w:p>
                <w:p w14:paraId="6D0AD3ED" w14:textId="6460EC71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MEDAILLONS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53711A97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4A290846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26C427B7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HERTENBIEFSTUK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4E345EE3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376DDBDF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73EDAC4D" w14:textId="77777777" w:rsidR="00997ABB" w:rsidRPr="004A6B17" w:rsidRDefault="00FF6A25" w:rsidP="0023185C">
                  <w:pPr>
                    <w:spacing w:after="0"/>
                    <w:rPr>
                      <w:color w:val="111111"/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VARKENSHAAS</w:t>
                  </w:r>
                </w:p>
                <w:p w14:paraId="232F4F28" w14:textId="5783BCC5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MEDAILLONS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68FC7052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1D259C0D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C98CAF0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ZALMFILET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5CAE1341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730F13F5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46E066BB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ZEEWOLFFILET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29D1DCC4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0688DE54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247D8628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PARELHOEN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7E907296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0470F5A0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4BC5FD7A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FUSILLI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59A1DAC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6464B663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7C8BC00E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FF0000"/>
                      <w:sz w:val="20"/>
                      <w:szCs w:val="20"/>
                    </w:rPr>
                    <w:t>KIPFILET KIND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1853DD7D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6DF0E6FA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6B5D3BA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FF0000"/>
                      <w:sz w:val="20"/>
                      <w:szCs w:val="20"/>
                    </w:rPr>
                    <w:t>SCHNITZEL KIND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8883F4B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1E644A33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4DD9F0A4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FF0000"/>
                      <w:sz w:val="20"/>
                      <w:szCs w:val="20"/>
                    </w:rPr>
                    <w:t>ZALMFILET KIND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3CF1AC1B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137F4E6F" w14:textId="77777777" w:rsidTr="00EC73D4">
              <w:trPr>
                <w:trHeight w:val="317"/>
              </w:trPr>
              <w:tc>
                <w:tcPr>
                  <w:tcW w:w="5184" w:type="dxa"/>
                  <w:gridSpan w:val="2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087F3776" w14:textId="77777777" w:rsidR="00FF6A25" w:rsidRPr="00231A37" w:rsidRDefault="00FF6A25" w:rsidP="0023185C">
                  <w:pPr>
                    <w:spacing w:after="0"/>
                    <w:rPr>
                      <w:sz w:val="16"/>
                      <w:szCs w:val="16"/>
                    </w:rPr>
                  </w:pPr>
                  <w:r w:rsidRPr="00231A37">
                    <w:rPr>
                      <w:b/>
                      <w:color w:val="111111"/>
                      <w:sz w:val="16"/>
                      <w:szCs w:val="16"/>
                    </w:rPr>
                    <w:t>BIJZONDERHEDEN</w:t>
                  </w:r>
                </w:p>
              </w:tc>
            </w:tr>
          </w:tbl>
          <w:p w14:paraId="15F0C461" w14:textId="77777777" w:rsidR="00FF6A25" w:rsidRPr="004A6B17" w:rsidRDefault="00FF6A25" w:rsidP="002318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E6EA2E" w14:textId="77777777" w:rsidR="003B3B4A" w:rsidRPr="004A6B17" w:rsidRDefault="003B3B4A" w:rsidP="0023185C">
            <w:pPr>
              <w:spacing w:after="0"/>
              <w:jc w:val="center"/>
              <w:rPr>
                <w:b/>
                <w:color w:val="111111"/>
                <w:sz w:val="20"/>
                <w:szCs w:val="20"/>
              </w:rPr>
            </w:pPr>
          </w:p>
          <w:p w14:paraId="339260F0" w14:textId="77777777" w:rsidR="003B3B4A" w:rsidRPr="004A6B17" w:rsidRDefault="003B3B4A" w:rsidP="0023185C">
            <w:pPr>
              <w:spacing w:after="0"/>
              <w:jc w:val="center"/>
              <w:rPr>
                <w:b/>
                <w:color w:val="111111"/>
                <w:sz w:val="20"/>
                <w:szCs w:val="20"/>
              </w:rPr>
            </w:pPr>
          </w:p>
          <w:p w14:paraId="50AA7EBA" w14:textId="6FB2A5DF" w:rsidR="00FF6A25" w:rsidRPr="00FF7A2C" w:rsidRDefault="00FF6A25" w:rsidP="0023185C">
            <w:pPr>
              <w:spacing w:after="0"/>
              <w:jc w:val="center"/>
              <w:rPr>
                <w:color w:val="D3B768"/>
                <w:sz w:val="20"/>
                <w:szCs w:val="20"/>
              </w:rPr>
            </w:pPr>
            <w:r w:rsidRPr="00FF7A2C">
              <w:rPr>
                <w:b/>
                <w:color w:val="D3B768"/>
                <w:sz w:val="20"/>
                <w:szCs w:val="20"/>
              </w:rPr>
              <w:t>DESSERTS</w:t>
            </w:r>
          </w:p>
          <w:tbl>
            <w:tblPr>
              <w:tblW w:w="5184" w:type="dxa"/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2592"/>
            </w:tblGrid>
            <w:tr w:rsidR="00FF6A25" w:rsidRPr="004A6B17" w14:paraId="7523FD17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37CC75F8" w14:textId="77777777" w:rsidR="00FF6A25" w:rsidRPr="004A6B17" w:rsidRDefault="00FF6A25" w:rsidP="0023185C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4A6B17">
                    <w:rPr>
                      <w:b/>
                      <w:color w:val="111111"/>
                      <w:sz w:val="20"/>
                      <w:szCs w:val="20"/>
                    </w:rPr>
                    <w:t>KEUZE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39D6811D" w14:textId="77777777" w:rsidR="00FF6A25" w:rsidRPr="004A6B17" w:rsidRDefault="00FF6A25" w:rsidP="0023185C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4A6B17">
                    <w:rPr>
                      <w:b/>
                      <w:color w:val="111111"/>
                      <w:sz w:val="20"/>
                      <w:szCs w:val="20"/>
                    </w:rPr>
                    <w:t>AANTAL</w:t>
                  </w:r>
                </w:p>
              </w:tc>
            </w:tr>
            <w:tr w:rsidR="00FF6A25" w:rsidRPr="004A6B17" w14:paraId="534DD6BE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00B1471B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111111"/>
                      <w:sz w:val="20"/>
                      <w:szCs w:val="20"/>
                    </w:rPr>
                    <w:t>GRAND DESSERT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2C019214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426AFFD3" w14:textId="77777777" w:rsidTr="00EC73D4">
              <w:trPr>
                <w:trHeight w:val="317"/>
              </w:trPr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6C341551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  <w:r w:rsidRPr="004A6B17">
                    <w:rPr>
                      <w:color w:val="FF0000"/>
                      <w:sz w:val="20"/>
                      <w:szCs w:val="20"/>
                    </w:rPr>
                    <w:t>DESSERT KIND</w:t>
                  </w:r>
                </w:p>
              </w:tc>
              <w:tc>
                <w:tcPr>
                  <w:tcW w:w="2592" w:type="dxa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  <w:vAlign w:val="center"/>
                </w:tcPr>
                <w:p w14:paraId="2522C84D" w14:textId="77777777" w:rsidR="00FF6A25" w:rsidRPr="004A6B17" w:rsidRDefault="00FF6A25" w:rsidP="0023185C">
                  <w:pPr>
                    <w:spacing w:after="0"/>
                    <w:rPr>
                      <w:sz w:val="20"/>
                      <w:szCs w:val="20"/>
                    </w:rPr>
                  </w:pPr>
                </w:p>
              </w:tc>
            </w:tr>
            <w:tr w:rsidR="00FF6A25" w:rsidRPr="004A6B17" w14:paraId="77C734AD" w14:textId="77777777" w:rsidTr="00EC73D4">
              <w:trPr>
                <w:trHeight w:val="317"/>
              </w:trPr>
              <w:tc>
                <w:tcPr>
                  <w:tcW w:w="5184" w:type="dxa"/>
                  <w:gridSpan w:val="2"/>
                  <w:tcBorders>
                    <w:top w:val="single" w:sz="8" w:space="0" w:color="CFA670"/>
                    <w:left w:val="single" w:sz="8" w:space="0" w:color="CFA670"/>
                    <w:bottom w:val="single" w:sz="8" w:space="0" w:color="CFA670"/>
                    <w:right w:val="single" w:sz="8" w:space="0" w:color="CFA670"/>
                  </w:tcBorders>
                  <w:shd w:val="clear" w:color="auto" w:fill="F8F5F0"/>
                  <w:tcMar>
                    <w:top w:w="25" w:type="dxa"/>
                    <w:bottom w:w="25" w:type="dxa"/>
                  </w:tcMar>
                </w:tcPr>
                <w:p w14:paraId="1DE510EE" w14:textId="77777777" w:rsidR="00FF6A25" w:rsidRPr="00231A37" w:rsidRDefault="00FF6A25" w:rsidP="0023185C">
                  <w:pPr>
                    <w:spacing w:after="0"/>
                    <w:rPr>
                      <w:sz w:val="16"/>
                      <w:szCs w:val="16"/>
                    </w:rPr>
                  </w:pPr>
                  <w:r w:rsidRPr="00231A37">
                    <w:rPr>
                      <w:b/>
                      <w:color w:val="111111"/>
                      <w:sz w:val="16"/>
                      <w:szCs w:val="16"/>
                    </w:rPr>
                    <w:t>BIJZONDERHEDEN</w:t>
                  </w:r>
                </w:p>
              </w:tc>
            </w:tr>
          </w:tbl>
          <w:p w14:paraId="303CD639" w14:textId="77777777" w:rsidR="00FF6A25" w:rsidRPr="004A6B17" w:rsidRDefault="00FF6A25" w:rsidP="0023185C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E98D38A" w14:textId="77777777" w:rsidR="006E45C7" w:rsidRPr="004A6B17" w:rsidRDefault="006E45C7">
      <w:pPr>
        <w:rPr>
          <w:sz w:val="20"/>
          <w:szCs w:val="20"/>
        </w:rPr>
        <w:sectPr w:rsidR="006E45C7" w:rsidRPr="004A6B17">
          <w:pgSz w:w="12240" w:h="15840"/>
          <w:pgMar w:top="482" w:right="935" w:bottom="425" w:left="935" w:header="312" w:footer="312" w:gutter="0"/>
          <w:cols w:space="720"/>
          <w:docGrid w:linePitch="360"/>
        </w:sectPr>
      </w:pPr>
    </w:p>
    <w:p w14:paraId="17F816D9" w14:textId="77777777" w:rsidR="006E45C7" w:rsidRPr="004A6B17" w:rsidRDefault="006E45C7" w:rsidP="00421703">
      <w:pPr>
        <w:spacing w:before="80" w:after="20" w:line="259" w:lineRule="auto"/>
        <w:rPr>
          <w:sz w:val="20"/>
          <w:szCs w:val="20"/>
        </w:rPr>
      </w:pPr>
    </w:p>
    <w:sectPr w:rsidR="006E45C7" w:rsidRPr="004A6B17" w:rsidSect="00034616">
      <w:type w:val="continuous"/>
      <w:pgSz w:w="12240" w:h="15840"/>
      <w:pgMar w:top="482" w:right="935" w:bottom="425" w:left="935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66304" w14:textId="77777777" w:rsidR="00200CEF" w:rsidRDefault="00200CEF">
      <w:pPr>
        <w:spacing w:after="0" w:line="240" w:lineRule="auto"/>
      </w:pPr>
      <w:r>
        <w:separator/>
      </w:r>
    </w:p>
  </w:endnote>
  <w:endnote w:type="continuationSeparator" w:id="0">
    <w:p w14:paraId="26182A28" w14:textId="77777777" w:rsidR="00200CEF" w:rsidRDefault="0020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9BAC7" w14:textId="77777777" w:rsidR="006E45C7" w:rsidRDefault="00AF127B">
    <w:pPr>
      <w:pStyle w:val="Voettekst"/>
      <w:jc w:val="center"/>
    </w:pPr>
    <w:r>
      <w:rPr>
        <w:color w:val="777777"/>
        <w:sz w:val="14"/>
      </w:rPr>
      <w:t xml:space="preserve">Monseigneur </w:t>
    </w:r>
    <w:proofErr w:type="spellStart"/>
    <w:r>
      <w:rPr>
        <w:color w:val="777777"/>
        <w:sz w:val="14"/>
      </w:rPr>
      <w:t>Kuypersplein</w:t>
    </w:r>
    <w:proofErr w:type="spellEnd"/>
    <w:r>
      <w:rPr>
        <w:color w:val="777777"/>
        <w:sz w:val="14"/>
      </w:rPr>
      <w:t xml:space="preserve"> 18  •  5556 VS Borkel &amp; Schaft  •  040 206 86 32  •  info@zwaanborkel.nl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5B65" w14:textId="77777777" w:rsidR="00200CEF" w:rsidRDefault="00200CEF">
      <w:pPr>
        <w:spacing w:after="0" w:line="240" w:lineRule="auto"/>
      </w:pPr>
      <w:r>
        <w:separator/>
      </w:r>
    </w:p>
  </w:footnote>
  <w:footnote w:type="continuationSeparator" w:id="0">
    <w:p w14:paraId="25DF3776" w14:textId="77777777" w:rsidR="00200CEF" w:rsidRDefault="0020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0815822">
    <w:abstractNumId w:val="8"/>
  </w:num>
  <w:num w:numId="2" w16cid:durableId="1173715264">
    <w:abstractNumId w:val="6"/>
  </w:num>
  <w:num w:numId="3" w16cid:durableId="1292708514">
    <w:abstractNumId w:val="5"/>
  </w:num>
  <w:num w:numId="4" w16cid:durableId="1043677109">
    <w:abstractNumId w:val="4"/>
  </w:num>
  <w:num w:numId="5" w16cid:durableId="1878083697">
    <w:abstractNumId w:val="7"/>
  </w:num>
  <w:num w:numId="6" w16cid:durableId="258494124">
    <w:abstractNumId w:val="3"/>
  </w:num>
  <w:num w:numId="7" w16cid:durableId="520320996">
    <w:abstractNumId w:val="2"/>
  </w:num>
  <w:num w:numId="8" w16cid:durableId="804472236">
    <w:abstractNumId w:val="1"/>
  </w:num>
  <w:num w:numId="9" w16cid:durableId="13704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4FE"/>
    <w:rsid w:val="00034616"/>
    <w:rsid w:val="0006063C"/>
    <w:rsid w:val="00090255"/>
    <w:rsid w:val="000D4308"/>
    <w:rsid w:val="000E4CBB"/>
    <w:rsid w:val="000F5E2A"/>
    <w:rsid w:val="0015074B"/>
    <w:rsid w:val="001A1DC1"/>
    <w:rsid w:val="00200CEF"/>
    <w:rsid w:val="00215CB4"/>
    <w:rsid w:val="00231A37"/>
    <w:rsid w:val="00245E7C"/>
    <w:rsid w:val="00287876"/>
    <w:rsid w:val="0029639D"/>
    <w:rsid w:val="002C0A80"/>
    <w:rsid w:val="00326F90"/>
    <w:rsid w:val="003B3B4A"/>
    <w:rsid w:val="00404A3B"/>
    <w:rsid w:val="00421703"/>
    <w:rsid w:val="004A6B17"/>
    <w:rsid w:val="00505704"/>
    <w:rsid w:val="00541BFA"/>
    <w:rsid w:val="005A7372"/>
    <w:rsid w:val="005B7749"/>
    <w:rsid w:val="005E3F0E"/>
    <w:rsid w:val="006A237A"/>
    <w:rsid w:val="006B2B43"/>
    <w:rsid w:val="006C231F"/>
    <w:rsid w:val="006E45C7"/>
    <w:rsid w:val="007533CD"/>
    <w:rsid w:val="007569B5"/>
    <w:rsid w:val="00795EDC"/>
    <w:rsid w:val="007C4E08"/>
    <w:rsid w:val="007E410C"/>
    <w:rsid w:val="008546F2"/>
    <w:rsid w:val="00892C37"/>
    <w:rsid w:val="008B310E"/>
    <w:rsid w:val="00923DDF"/>
    <w:rsid w:val="00955C59"/>
    <w:rsid w:val="009718CC"/>
    <w:rsid w:val="00997ABB"/>
    <w:rsid w:val="009C164C"/>
    <w:rsid w:val="00A4326A"/>
    <w:rsid w:val="00A86D00"/>
    <w:rsid w:val="00A95B89"/>
    <w:rsid w:val="00AA1D8D"/>
    <w:rsid w:val="00AF127B"/>
    <w:rsid w:val="00B47730"/>
    <w:rsid w:val="00B62AC2"/>
    <w:rsid w:val="00C51E6A"/>
    <w:rsid w:val="00C906A7"/>
    <w:rsid w:val="00CB0664"/>
    <w:rsid w:val="00D01E19"/>
    <w:rsid w:val="00D34456"/>
    <w:rsid w:val="00DC16A2"/>
    <w:rsid w:val="00DE56D3"/>
    <w:rsid w:val="00DF7745"/>
    <w:rsid w:val="00E62C62"/>
    <w:rsid w:val="00E82060"/>
    <w:rsid w:val="00E9222F"/>
    <w:rsid w:val="00EC73D4"/>
    <w:rsid w:val="00EF7DA2"/>
    <w:rsid w:val="00F2372F"/>
    <w:rsid w:val="00F55CD4"/>
    <w:rsid w:val="00FC693F"/>
    <w:rsid w:val="00FD7263"/>
    <w:rsid w:val="00FF1121"/>
    <w:rsid w:val="00FF6A25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C2E0B7"/>
  <w14:defaultImageDpi w14:val="300"/>
  <w15:docId w15:val="{9824B2E1-7D12-4F97-A602-024470EC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rPr>
      <w:rFonts w:ascii="Josefin Sans" w:eastAsia="Josefin Sans" w:hAnsi="Josefin Sans" w:cs="Josefin Sans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  <w:rPr>
      <w:rFonts w:ascii="Josefin Sans" w:eastAsia="Josefin Sans" w:hAnsi="Josefin Sans" w:cs="Josefin Sans"/>
    </w:rPr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  <w:rPr>
      <w:rFonts w:ascii="Josefin Sans" w:eastAsia="Josefin Sans" w:hAnsi="Josefin Sans" w:cs="Josefin Sans"/>
    </w:rPr>
  </w:style>
  <w:style w:type="paragraph" w:styleId="Geenafstand">
    <w:name w:val="No Spacing"/>
    <w:uiPriority w:val="1"/>
    <w:qFormat/>
    <w:rsid w:val="00FC693F"/>
    <w:pPr>
      <w:spacing w:after="0" w:line="240" w:lineRule="auto"/>
    </w:pPr>
    <w:rPr>
      <w:rFonts w:ascii="Josefin Sans" w:eastAsia="Josefin Sans" w:hAnsi="Josefin Sans" w:cs="Josefin Sans"/>
    </w:r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  <w:rPr>
      <w:rFonts w:ascii="Josefin Sans" w:eastAsia="Josefin Sans" w:hAnsi="Josefin Sans" w:cs="Josefin Sans"/>
    </w:rPr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  <w:rPr>
      <w:rFonts w:ascii="Josefin Sans" w:eastAsia="Josefin Sans" w:hAnsi="Josefin Sans" w:cs="Josefin Sans"/>
    </w:rPr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rFonts w:ascii="Josefin Sans" w:eastAsia="Josefin Sans" w:hAnsi="Josefin Sans" w:cs="Josefin Sans"/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Josefin Sans" w:eastAsia="Josefin Sans" w:hAnsi="Josefin Sans" w:cs="Josefin San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Josefin Sans" w:eastAsia="Josefin Sans" w:hAnsi="Josefin Sans" w:cs="Josefin Sans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rFonts w:ascii="Josefin Sans" w:eastAsia="Josefin Sans" w:hAnsi="Josefin Sans" w:cs="Josefin Sans"/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rFonts w:ascii="Josefin Sans" w:eastAsia="Josefin Sans" w:hAnsi="Josefin Sans" w:cs="Josefin Sans"/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rFonts w:ascii="Josefin Sans" w:eastAsia="Josefin Sans" w:hAnsi="Josefin Sans" w:cs="Josefin Sans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rFonts w:ascii="Josefin Sans" w:eastAsia="Josefin Sans" w:hAnsi="Josefin Sans" w:cs="Josefin Sans"/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rFonts w:ascii="Josefin Sans" w:eastAsia="Josefin Sans" w:hAnsi="Josefin Sans" w:cs="Josefin Sans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rFonts w:ascii="Josefin Sans" w:eastAsia="Josefin Sans" w:hAnsi="Josefin Sans" w:cs="Josefin Sans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rFonts w:ascii="Josefin Sans" w:eastAsia="Josefin Sans" w:hAnsi="Josefin Sans" w:cs="Josefin Sans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rFonts w:ascii="Josefin Sans" w:eastAsia="Josefin Sans" w:hAnsi="Josefin Sans" w:cs="Josefin Sans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rFonts w:ascii="Josefin Sans" w:eastAsia="Josefin Sans" w:hAnsi="Josefin Sans" w:cs="Josefin Sans"/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  <w:rPr>
      <w:rFonts w:ascii="Josefin Sans" w:eastAsia="Josefin Sans" w:hAnsi="Josefin Sans" w:cs="Josefin Sans"/>
    </w:r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rPr>
      <w:rFonts w:ascii="Josefin Sans" w:eastAsia="Josefin Sans" w:hAnsi="Josefin Sans" w:cs="Josefin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rFonts w:ascii="Josefin Sans" w:eastAsia="Josefin Sans" w:hAnsi="Josefin Sans" w:cs="Josefin Sans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rFonts w:ascii="Josefin Sans" w:eastAsia="Josefin Sans" w:hAnsi="Josefin Sans" w:cs="Josefin Sans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rFonts w:ascii="Josefin Sans" w:eastAsia="Josefin Sans" w:hAnsi="Josefin Sans" w:cs="Josefin Sans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rFonts w:ascii="Josefin Sans" w:eastAsia="Josefin Sans" w:hAnsi="Josefin Sans" w:cs="Josefin Sans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rFonts w:ascii="Josefin Sans" w:eastAsia="Josefin Sans" w:hAnsi="Josefin Sans" w:cs="Josefin Sans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rFonts w:ascii="Josefin Sans" w:eastAsia="Josefin Sans" w:hAnsi="Josefin Sans" w:cs="Josefin Sans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rFonts w:ascii="Josefin Sans" w:eastAsia="Josefin Sans" w:hAnsi="Josefin Sans" w:cs="Josefin Sans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rPr>
      <w:rFonts w:ascii="Josefin Sans" w:eastAsia="Josefin Sans" w:hAnsi="Josefin Sans" w:cs="Josefin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rFonts w:ascii="Josefin Sans" w:eastAsia="Josefin Sans" w:hAnsi="Josefin Sans" w:cs="Josefin Sans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rFonts w:ascii="Josefin Sans" w:eastAsia="Josefin Sans" w:hAnsi="Josefin Sans" w:cs="Josefin Sans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rFonts w:ascii="Josefin Sans" w:eastAsia="Josefin Sans" w:hAnsi="Josefin Sans" w:cs="Josefin Sans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rFonts w:ascii="Josefin Sans" w:eastAsia="Josefin Sans" w:hAnsi="Josefin Sans" w:cs="Josefin Sans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rFonts w:ascii="Josefin Sans" w:eastAsia="Josefin Sans" w:hAnsi="Josefin Sans" w:cs="Josefin Sans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rFonts w:ascii="Josefin Sans" w:eastAsia="Josefin Sans" w:hAnsi="Josefin Sans" w:cs="Josefin Sans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rFonts w:ascii="Josefin Sans" w:eastAsia="Josefin Sans" w:hAnsi="Josefin Sans" w:cs="Josefin Sans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rFonts w:ascii="Josefin Sans" w:eastAsia="Josefin Sans" w:hAnsi="Josefin Sans" w:cs="Josefin Sans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Standaardalinea-lettertype"/>
    <w:uiPriority w:val="99"/>
    <w:unhideWhenUsed/>
    <w:rsid w:val="007E410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41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zwaanborkel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659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Kerst 2026 - Grand Café De Zwaan</dc:title>
  <dc:subject>Kerstmenu en reserveringsformulier 2026</dc:subject>
  <dc:creator>Grand Café De Zwaan</dc:creator>
  <cp:keywords/>
  <dc:description>generated by python-docx</dc:description>
  <cp:lastModifiedBy>Patrick Poeliejoe</cp:lastModifiedBy>
  <cp:revision>35</cp:revision>
  <cp:lastPrinted>2026-09-08T15:50:00Z</cp:lastPrinted>
  <dcterms:created xsi:type="dcterms:W3CDTF">2026-09-08T15:25:00Z</dcterms:created>
  <dcterms:modified xsi:type="dcterms:W3CDTF">2026-09-08T15:56:00Z</dcterms:modified>
  <cp:category/>
</cp:coreProperties>
</file>